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B2B buyer persona template: one persona per buying role</w:t>
      </w:r>
    </w:p>
    <w:p>
      <w:r>
        <w:rPr>
          <w:i/>
          <w:color w:val="6B6B6B"/>
          <w:sz w:val="19"/>
        </w:rPr>
        <w:t>Grey italic text is guidance. Delete it as you fill each page.</w:t>
      </w:r>
    </w:p>
    <w:p>
      <w:r>
        <w:t>A B2B purchase is decided by a group, so this template has one persona page per role on the buying committee, a committee map to fill for each live deal, and the interview questions that fill the personas.</w:t>
      </w:r>
    </w:p>
    <w:p>
      <w:pPr>
        <w:pStyle w:val="Heading2"/>
      </w:pPr>
      <w:r>
        <w:t>The six roles</w:t>
      </w:r>
    </w:p>
    <w:p>
      <w:pPr>
        <w:pStyle w:val="ListBullet"/>
      </w:pPr>
      <w:r>
        <w:rPr>
          <w:b/>
        </w:rPr>
        <w:t xml:space="preserve">Champion: </w:t>
      </w:r>
      <w:r>
        <w:t>Wants the change and sells it inside. Often the future main user or their manager.</w:t>
      </w:r>
    </w:p>
    <w:p>
      <w:pPr>
        <w:pStyle w:val="ListBullet"/>
      </w:pPr>
      <w:r>
        <w:rPr>
          <w:b/>
        </w:rPr>
        <w:t xml:space="preserve">Economic buyer: </w:t>
      </w:r>
      <w:r>
        <w:t>Owns the budget and signs. Usually a VP or C-level leader.</w:t>
      </w:r>
    </w:p>
    <w:p>
      <w:pPr>
        <w:pStyle w:val="ListBullet"/>
      </w:pPr>
      <w:r>
        <w:rPr>
          <w:b/>
        </w:rPr>
        <w:t xml:space="preserve">Technical evaluator: </w:t>
      </w:r>
      <w:r>
        <w:t>Checks security, integrations and data. IT, security or an engineer.</w:t>
      </w:r>
    </w:p>
    <w:p>
      <w:pPr>
        <w:pStyle w:val="ListBullet"/>
      </w:pPr>
      <w:r>
        <w:rPr>
          <w:b/>
        </w:rPr>
        <w:t xml:space="preserve">Daily user: </w:t>
      </w:r>
      <w:r>
        <w:t>Will work in the product every day. Their adoption decides renewal.</w:t>
      </w:r>
    </w:p>
    <w:p>
      <w:pPr>
        <w:pStyle w:val="ListBullet"/>
      </w:pPr>
      <w:r>
        <w:rPr>
          <w:b/>
        </w:rPr>
        <w:t xml:space="preserve">Finance or procurement: </w:t>
      </w:r>
      <w:r>
        <w:t>Checks price, terms and vendor risk. Joins late and can slow the deal.</w:t>
      </w:r>
    </w:p>
    <w:p>
      <w:pPr>
        <w:pStyle w:val="ListBullet"/>
      </w:pPr>
      <w:r>
        <w:rPr>
          <w:b/>
        </w:rPr>
        <w:t xml:space="preserve">Blocker: </w:t>
      </w:r>
      <w:r>
        <w:t>Has a reason to say no: a rival project, a past vendor, legal risk, or the status quo.</w:t>
      </w:r>
    </w:p>
    <w:p>
      <w:pPr>
        <w:pStyle w:val="Heading2"/>
      </w:pPr>
      <w:r>
        <w:t>How to fill it</w:t>
      </w:r>
    </w:p>
    <w:p>
      <w:pPr>
        <w:pStyle w:val="ListNumber"/>
      </w:pPr>
      <w:r>
        <w:t>List your last 10 to 20 won and lost deals and who took part in each.</w:t>
      </w:r>
    </w:p>
    <w:p>
      <w:pPr>
        <w:pStyle w:val="ListNumber"/>
      </w:pPr>
      <w:r>
        <w:t>Interview at least three people per role, mixing customers, lost prospects and your own sellers.</w:t>
      </w:r>
    </w:p>
    <w:p>
      <w:pPr>
        <w:pStyle w:val="ListNumber"/>
      </w:pPr>
      <w:r>
        <w:t>Fill one persona page per role from the interviews and call recordings. Every line should trace to something a buyer said.</w:t>
      </w:r>
    </w:p>
    <w:p>
      <w:pPr>
        <w:pStyle w:val="ListNumber"/>
      </w:pPr>
      <w:r>
        <w:t>Use the committee map on every open deal over your average deal size.</w:t>
      </w:r>
    </w:p>
    <w:p>
      <w:pPr>
        <w:pStyle w:val="ListNumber"/>
      </w:pPr>
      <w:r>
        <w:t>Review the personas every six months, and date each update in the Evidence row.</w:t>
      </w:r>
    </w:p>
    <w:p>
      <w:r>
        <w:br w:type="page"/>
      </w:r>
    </w:p>
    <w:p>
      <w:pPr>
        <w:pStyle w:val="Heading1"/>
      </w:pPr>
      <w:r>
        <w:t>Persona: Champion</w:t>
      </w:r>
    </w:p>
    <w:p>
      <w:r>
        <w:rPr>
          <w:i/>
          <w:color w:val="6B6B6B"/>
          <w:sz w:val="19"/>
        </w:rPr>
        <w:t>Wants the change and sells it inside. Often the future main user or their manager.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3168"/>
          </w:tcPr>
          <w:p>
            <w:r>
              <w:rPr>
                <w:b/>
              </w:rPr>
              <w:t>Role in the decision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Champion, economic buyer, technical evaluator, daily user, finance or procurement, blocker.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Typical titles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Three or four real titles from your won deals, not one invented name.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What they own and are measured on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The number on their review. Ask: what would get you promoted this year?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Trigger that starts the search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The event that made them look now: a new leader, a failed audit, a missed target.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What success looks like in 12 months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In their words, with a number if they gave one.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Personal risk if it goes wrong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What they lose if the purchase fails. This drives their objections.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Questions they ask in evaluation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Copy them from call recordings and emails.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Proof they need to say yes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Case study, security document, reference call, ROI model, trial result.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Main objections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The two or three that came up most, and the answer that worked.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Where they research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Peers, communities, review sites, analysts, and which AI assistant they ask.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What to send them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One asset per stage that answers their questions, with a link.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Who they influence and report to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Arrows to the other roles on the committee.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Evidence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Number of interviews and calls behind this persona, and the date of the last update.</w:t>
            </w:r>
          </w:p>
        </w:tc>
      </w:tr>
    </w:tbl>
    <w:p>
      <w:r>
        <w:br w:type="page"/>
      </w:r>
    </w:p>
    <w:p>
      <w:pPr>
        <w:pStyle w:val="Heading1"/>
      </w:pPr>
      <w:r>
        <w:t>Persona: Economic buyer</w:t>
      </w:r>
    </w:p>
    <w:p>
      <w:r>
        <w:rPr>
          <w:i/>
          <w:color w:val="6B6B6B"/>
          <w:sz w:val="19"/>
        </w:rPr>
        <w:t>Owns the budget and signs. Usually a VP or C-level leader.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3168"/>
          </w:tcPr>
          <w:p>
            <w:r>
              <w:rPr>
                <w:b/>
              </w:rPr>
              <w:t>Role in the decision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Champion, economic buyer, technical evaluator, daily user, finance or procurement, blocker.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Typical titles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Three or four real titles from your won deals, not one invented name.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What they own and are measured on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The number on their review. Ask: what would get you promoted this year?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Trigger that starts the search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The event that made them look now: a new leader, a failed audit, a missed target.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What success looks like in 12 months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In their words, with a number if they gave one.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Personal risk if it goes wrong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What they lose if the purchase fails. This drives their objections.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Questions they ask in evaluation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Copy them from call recordings and emails.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Proof they need to say yes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Case study, security document, reference call, ROI model, trial result.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Main objections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The two or three that came up most, and the answer that worked.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Where they research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Peers, communities, review sites, analysts, and which AI assistant they ask.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What to send them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One asset per stage that answers their questions, with a link.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Who they influence and report to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Arrows to the other roles on the committee.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Evidence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Number of interviews and calls behind this persona, and the date of the last update.</w:t>
            </w:r>
          </w:p>
        </w:tc>
      </w:tr>
    </w:tbl>
    <w:p>
      <w:r>
        <w:br w:type="page"/>
      </w:r>
    </w:p>
    <w:p>
      <w:pPr>
        <w:pStyle w:val="Heading1"/>
      </w:pPr>
      <w:r>
        <w:t>Persona: Technical evaluator</w:t>
      </w:r>
    </w:p>
    <w:p>
      <w:r>
        <w:rPr>
          <w:i/>
          <w:color w:val="6B6B6B"/>
          <w:sz w:val="19"/>
        </w:rPr>
        <w:t>Checks security, integrations and data. IT, security or an engineer.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3168"/>
          </w:tcPr>
          <w:p>
            <w:r>
              <w:rPr>
                <w:b/>
              </w:rPr>
              <w:t>Role in the decision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Champion, economic buyer, technical evaluator, daily user, finance or procurement, blocker.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Typical titles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Three or four real titles from your won deals, not one invented name.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What they own and are measured on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The number on their review. Ask: what would get you promoted this year?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Trigger that starts the search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The event that made them look now: a new leader, a failed audit, a missed target.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What success looks like in 12 months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In their words, with a number if they gave one.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Personal risk if it goes wrong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What they lose if the purchase fails. This drives their objections.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Questions they ask in evaluation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Copy them from call recordings and emails.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Proof they need to say yes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Case study, security document, reference call, ROI model, trial result.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Main objections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The two or three that came up most, and the answer that worked.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Where they research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Peers, communities, review sites, analysts, and which AI assistant they ask.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What to send them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One asset per stage that answers their questions, with a link.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Who they influence and report to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Arrows to the other roles on the committee.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Evidence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Number of interviews and calls behind this persona, and the date of the last update.</w:t>
            </w:r>
          </w:p>
        </w:tc>
      </w:tr>
    </w:tbl>
    <w:p>
      <w:r>
        <w:br w:type="page"/>
      </w:r>
    </w:p>
    <w:p>
      <w:pPr>
        <w:pStyle w:val="Heading1"/>
      </w:pPr>
      <w:r>
        <w:t>Persona: Daily user</w:t>
      </w:r>
    </w:p>
    <w:p>
      <w:r>
        <w:rPr>
          <w:i/>
          <w:color w:val="6B6B6B"/>
          <w:sz w:val="19"/>
        </w:rPr>
        <w:t>Will work in the product every day. Their adoption decides renewal.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3168"/>
          </w:tcPr>
          <w:p>
            <w:r>
              <w:rPr>
                <w:b/>
              </w:rPr>
              <w:t>Role in the decision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Champion, economic buyer, technical evaluator, daily user, finance or procurement, blocker.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Typical titles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Three or four real titles from your won deals, not one invented name.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What they own and are measured on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The number on their review. Ask: what would get you promoted this year?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Trigger that starts the search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The event that made them look now: a new leader, a failed audit, a missed target.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What success looks like in 12 months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In their words, with a number if they gave one.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Personal risk if it goes wrong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What they lose if the purchase fails. This drives their objections.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Questions they ask in evaluation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Copy them from call recordings and emails.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Proof they need to say yes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Case study, security document, reference call, ROI model, trial result.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Main objections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The two or three that came up most, and the answer that worked.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Where they research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Peers, communities, review sites, analysts, and which AI assistant they ask.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What to send them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One asset per stage that answers their questions, with a link.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Who they influence and report to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Arrows to the other roles on the committee.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Evidence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Number of interviews and calls behind this persona, and the date of the last update.</w:t>
            </w:r>
          </w:p>
        </w:tc>
      </w:tr>
    </w:tbl>
    <w:p>
      <w:r>
        <w:br w:type="page"/>
      </w:r>
    </w:p>
    <w:p>
      <w:pPr>
        <w:pStyle w:val="Heading1"/>
      </w:pPr>
      <w:r>
        <w:t>Persona: Finance or procurement</w:t>
      </w:r>
    </w:p>
    <w:p>
      <w:r>
        <w:rPr>
          <w:i/>
          <w:color w:val="6B6B6B"/>
          <w:sz w:val="19"/>
        </w:rPr>
        <w:t>Checks price, terms and vendor risk. Joins late and can slow the deal.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3168"/>
          </w:tcPr>
          <w:p>
            <w:r>
              <w:rPr>
                <w:b/>
              </w:rPr>
              <w:t>Role in the decision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Champion, economic buyer, technical evaluator, daily user, finance or procurement, blocker.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Typical titles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Three or four real titles from your won deals, not one invented name.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What they own and are measured on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The number on their review. Ask: what would get you promoted this year?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Trigger that starts the search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The event that made them look now: a new leader, a failed audit, a missed target.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What success looks like in 12 months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In their words, with a number if they gave one.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Personal risk if it goes wrong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What they lose if the purchase fails. This drives their objections.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Questions they ask in evaluation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Copy them from call recordings and emails.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Proof they need to say yes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Case study, security document, reference call, ROI model, trial result.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Main objections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The two or three that came up most, and the answer that worked.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Where they research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Peers, communities, review sites, analysts, and which AI assistant they ask.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What to send them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One asset per stage that answers their questions, with a link.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Who they influence and report to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Arrows to the other roles on the committee.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Evidence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Number of interviews and calls behind this persona, and the date of the last update.</w:t>
            </w:r>
          </w:p>
        </w:tc>
      </w:tr>
    </w:tbl>
    <w:p>
      <w:r>
        <w:br w:type="page"/>
      </w:r>
    </w:p>
    <w:p>
      <w:pPr>
        <w:pStyle w:val="Heading1"/>
      </w:pPr>
      <w:r>
        <w:t>Persona: Blocker</w:t>
      </w:r>
    </w:p>
    <w:p>
      <w:r>
        <w:rPr>
          <w:i/>
          <w:color w:val="6B6B6B"/>
          <w:sz w:val="19"/>
        </w:rPr>
        <w:t>Has a reason to say no: a rival project, a past vendor, legal risk, or the status quo.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3168"/>
          </w:tcPr>
          <w:p>
            <w:r>
              <w:rPr>
                <w:b/>
              </w:rPr>
              <w:t>Role in the decision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Champion, economic buyer, technical evaluator, daily user, finance or procurement, blocker.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Typical titles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Three or four real titles from your won deals, not one invented name.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What they own and are measured on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The number on their review. Ask: what would get you promoted this year?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Trigger that starts the search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The event that made them look now: a new leader, a failed audit, a missed target.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What success looks like in 12 months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In their words, with a number if they gave one.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Personal risk if it goes wrong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What they lose if the purchase fails. This drives their objections.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Questions they ask in evaluation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Copy them from call recordings and emails.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Proof they need to say yes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Case study, security document, reference call, ROI model, trial result.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Main objections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The two or three that came up most, and the answer that worked.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Where they research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Peers, communities, review sites, analysts, and which AI assistant they ask.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What to send them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One asset per stage that answers their questions, with a link.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Who they influence and report to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Arrows to the other roles on the committee.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Evidence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B6B6B"/>
                <w:sz w:val="18"/>
              </w:rPr>
              <w:t>Number of interviews and calls behind this persona, and the date of the last update.</w:t>
            </w:r>
          </w:p>
        </w:tc>
      </w:tr>
    </w:tbl>
    <w:p>
      <w:r>
        <w:br w:type="page"/>
      </w:r>
    </w:p>
    <w:p>
      <w:pPr>
        <w:pStyle w:val="Heading1"/>
      </w:pPr>
      <w:r>
        <w:t>Committee map (fill one per deal)</w:t>
      </w:r>
    </w:p>
    <w:p>
      <w:r>
        <w:rPr>
          <w:i/>
          <w:color w:val="6B6B6B"/>
          <w:sz w:val="19"/>
        </w:rPr>
        <w:t>Deal name, value and expected close date at the top. One row per person, and more than one person can hold a role.</w:t>
      </w:r>
    </w:p>
    <w:p>
      <w:r>
        <w:t>Deal: [ ]    Value: [ ]    Close date: [ 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30"/>
        <w:gridCol w:w="1930"/>
        <w:gridCol w:w="1930"/>
        <w:gridCol w:w="1930"/>
        <w:gridCol w:w="1930"/>
      </w:tblGrid>
      <w:tr>
        <w:tc>
          <w:tcPr>
            <w:tcW w:type="dxa" w:w="1930"/>
          </w:tcPr>
          <w:p>
            <w:r>
              <w:rPr>
                <w:b/>
              </w:rPr>
              <w:t>Role</w:t>
            </w:r>
          </w:p>
        </w:tc>
        <w:tc>
          <w:tcPr>
            <w:tcW w:type="dxa" w:w="1930"/>
          </w:tcPr>
          <w:p>
            <w:r>
              <w:rPr>
                <w:b/>
              </w:rPr>
              <w:t>Name and title (this deal)</w:t>
            </w:r>
          </w:p>
        </w:tc>
        <w:tc>
          <w:tcPr>
            <w:tcW w:type="dxa" w:w="1930"/>
          </w:tcPr>
          <w:p>
            <w:r>
              <w:rPr>
                <w:b/>
              </w:rPr>
              <w:t>Supports, neutral or against</w:t>
            </w:r>
          </w:p>
        </w:tc>
        <w:tc>
          <w:tcPr>
            <w:tcW w:type="dxa" w:w="1930"/>
          </w:tcPr>
          <w:p>
            <w:r>
              <w:rPr>
                <w:b/>
              </w:rPr>
              <w:t>Last contact</w:t>
            </w:r>
          </w:p>
        </w:tc>
        <w:tc>
          <w:tcPr>
            <w:tcW w:type="dxa" w:w="1930"/>
          </w:tcPr>
          <w:p>
            <w:r>
              <w:rPr>
                <w:b/>
              </w:rPr>
              <w:t>What they still need</w:t>
            </w:r>
          </w:p>
        </w:tc>
      </w:tr>
      <w:tr>
        <w:tc>
          <w:tcPr>
            <w:tcW w:type="dxa" w:w="1930"/>
          </w:tcPr>
          <w:p>
            <w:r>
              <w:t>Champion</w:t>
            </w:r>
          </w:p>
        </w:tc>
        <w:tc>
          <w:tcPr>
            <w:tcW w:type="dxa" w:w="1930"/>
          </w:tcPr>
          <w:p/>
        </w:tc>
        <w:tc>
          <w:tcPr>
            <w:tcW w:type="dxa" w:w="1930"/>
          </w:tcPr>
          <w:p/>
        </w:tc>
        <w:tc>
          <w:tcPr>
            <w:tcW w:type="dxa" w:w="1930"/>
          </w:tcPr>
          <w:p/>
        </w:tc>
        <w:tc>
          <w:tcPr>
            <w:tcW w:type="dxa" w:w="1930"/>
          </w:tcPr>
          <w:p/>
        </w:tc>
      </w:tr>
      <w:tr>
        <w:tc>
          <w:tcPr>
            <w:tcW w:type="dxa" w:w="1930"/>
          </w:tcPr>
          <w:p>
            <w:r>
              <w:t>Economic buyer</w:t>
            </w:r>
          </w:p>
        </w:tc>
        <w:tc>
          <w:tcPr>
            <w:tcW w:type="dxa" w:w="1930"/>
          </w:tcPr>
          <w:p/>
        </w:tc>
        <w:tc>
          <w:tcPr>
            <w:tcW w:type="dxa" w:w="1930"/>
          </w:tcPr>
          <w:p/>
        </w:tc>
        <w:tc>
          <w:tcPr>
            <w:tcW w:type="dxa" w:w="1930"/>
          </w:tcPr>
          <w:p/>
        </w:tc>
        <w:tc>
          <w:tcPr>
            <w:tcW w:type="dxa" w:w="1930"/>
          </w:tcPr>
          <w:p/>
        </w:tc>
      </w:tr>
      <w:tr>
        <w:tc>
          <w:tcPr>
            <w:tcW w:type="dxa" w:w="1930"/>
          </w:tcPr>
          <w:p>
            <w:r>
              <w:t>Technical evaluator</w:t>
            </w:r>
          </w:p>
        </w:tc>
        <w:tc>
          <w:tcPr>
            <w:tcW w:type="dxa" w:w="1930"/>
          </w:tcPr>
          <w:p/>
        </w:tc>
        <w:tc>
          <w:tcPr>
            <w:tcW w:type="dxa" w:w="1930"/>
          </w:tcPr>
          <w:p/>
        </w:tc>
        <w:tc>
          <w:tcPr>
            <w:tcW w:type="dxa" w:w="1930"/>
          </w:tcPr>
          <w:p/>
        </w:tc>
        <w:tc>
          <w:tcPr>
            <w:tcW w:type="dxa" w:w="1930"/>
          </w:tcPr>
          <w:p/>
        </w:tc>
      </w:tr>
      <w:tr>
        <w:tc>
          <w:tcPr>
            <w:tcW w:type="dxa" w:w="1930"/>
          </w:tcPr>
          <w:p>
            <w:r>
              <w:t>Daily user</w:t>
            </w:r>
          </w:p>
        </w:tc>
        <w:tc>
          <w:tcPr>
            <w:tcW w:type="dxa" w:w="1930"/>
          </w:tcPr>
          <w:p/>
        </w:tc>
        <w:tc>
          <w:tcPr>
            <w:tcW w:type="dxa" w:w="1930"/>
          </w:tcPr>
          <w:p/>
        </w:tc>
        <w:tc>
          <w:tcPr>
            <w:tcW w:type="dxa" w:w="1930"/>
          </w:tcPr>
          <w:p/>
        </w:tc>
        <w:tc>
          <w:tcPr>
            <w:tcW w:type="dxa" w:w="1930"/>
          </w:tcPr>
          <w:p/>
        </w:tc>
      </w:tr>
      <w:tr>
        <w:tc>
          <w:tcPr>
            <w:tcW w:type="dxa" w:w="1930"/>
          </w:tcPr>
          <w:p>
            <w:r>
              <w:t>Finance or procurement</w:t>
            </w:r>
          </w:p>
        </w:tc>
        <w:tc>
          <w:tcPr>
            <w:tcW w:type="dxa" w:w="1930"/>
          </w:tcPr>
          <w:p/>
        </w:tc>
        <w:tc>
          <w:tcPr>
            <w:tcW w:type="dxa" w:w="1930"/>
          </w:tcPr>
          <w:p/>
        </w:tc>
        <w:tc>
          <w:tcPr>
            <w:tcW w:type="dxa" w:w="1930"/>
          </w:tcPr>
          <w:p/>
        </w:tc>
        <w:tc>
          <w:tcPr>
            <w:tcW w:type="dxa" w:w="1930"/>
          </w:tcPr>
          <w:p/>
        </w:tc>
      </w:tr>
      <w:tr>
        <w:tc>
          <w:tcPr>
            <w:tcW w:type="dxa" w:w="1930"/>
          </w:tcPr>
          <w:p>
            <w:r>
              <w:t>Blocker</w:t>
            </w:r>
          </w:p>
        </w:tc>
        <w:tc>
          <w:tcPr>
            <w:tcW w:type="dxa" w:w="1930"/>
          </w:tcPr>
          <w:p/>
        </w:tc>
        <w:tc>
          <w:tcPr>
            <w:tcW w:type="dxa" w:w="1930"/>
          </w:tcPr>
          <w:p/>
        </w:tc>
        <w:tc>
          <w:tcPr>
            <w:tcW w:type="dxa" w:w="1930"/>
          </w:tcPr>
          <w:p/>
        </w:tc>
        <w:tc>
          <w:tcPr>
            <w:tcW w:type="dxa" w:w="1930"/>
          </w:tcPr>
          <w:p/>
        </w:tc>
      </w:tr>
    </w:tbl>
    <w:p>
      <w:r>
        <w:rPr>
          <w:i/>
          <w:color w:val="6B6B6B"/>
          <w:sz w:val="19"/>
        </w:rPr>
        <w:t>If a row is empty two weeks before the close date, that role will appear late. Find the person now.</w:t>
      </w:r>
    </w:p>
    <w:p>
      <w:r>
        <w:br w:type="page"/>
      </w:r>
    </w:p>
    <w:p>
      <w:pPr>
        <w:pStyle w:val="Heading1"/>
      </w:pPr>
      <w:r>
        <w:t>Interview questions (30 minutes per person)</w:t>
      </w:r>
    </w:p>
    <w:p>
      <w:r>
        <w:rPr>
          <w:i/>
          <w:color w:val="6B6B6B"/>
          <w:sz w:val="19"/>
        </w:rPr>
        <w:t>Ask the same questions to every role, then compare the answers side by side. Record with permission.</w:t>
      </w:r>
    </w:p>
    <w:p>
      <w:pPr>
        <w:pStyle w:val="ListNumber"/>
      </w:pPr>
      <w:r>
        <w:t>What is your role, and what are you measured on this year?</w:t>
      </w:r>
    </w:p>
    <w:p>
      <w:pPr>
        <w:pStyle w:val="ListNumber"/>
      </w:pPr>
      <w:r>
        <w:t>What made you start looking for a solution, and why then?</w:t>
      </w:r>
    </w:p>
    <w:p>
      <w:pPr>
        <w:pStyle w:val="ListNumber"/>
      </w:pPr>
      <w:r>
        <w:t>Who else was involved in the decision? What did each of them need to see?</w:t>
      </w:r>
    </w:p>
    <w:p>
      <w:pPr>
        <w:pStyle w:val="ListNumber"/>
      </w:pPr>
      <w:r>
        <w:t>What did you compare us with, including doing nothing or building it yourselves?</w:t>
      </w:r>
    </w:p>
    <w:p>
      <w:pPr>
        <w:pStyle w:val="ListNumber"/>
      </w:pPr>
      <w:r>
        <w:t>What almost stopped the purchase?</w:t>
      </w:r>
    </w:p>
    <w:p>
      <w:pPr>
        <w:pStyle w:val="ListNumber"/>
      </w:pPr>
      <w:r>
        <w:t>Where did you look for information: people, sites, communities or AI assistants?</w:t>
      </w:r>
    </w:p>
    <w:p>
      <w:pPr>
        <w:pStyle w:val="ListNumber"/>
      </w:pPr>
      <w:r>
        <w:t>What would have made the decision faster?</w:t>
      </w:r>
    </w:p>
    <w:p>
      <w:pPr>
        <w:pStyle w:val="ListNumber"/>
      </w:pPr>
      <w:r>
        <w:t>What would have happened to you if this had gone wrong?</w:t>
      </w:r>
    </w:p>
    <w:p>
      <w:pPr>
        <w:pStyle w:val="ListNumber"/>
      </w:pPr>
      <w:r>
        <w:t>Twelve months from now, how will you know it worked?</w:t>
      </w:r>
    </w:p>
    <w:p>
      <w:pPr>
        <w:pStyle w:val="ListNumber"/>
      </w:pPr>
      <w:r>
        <w:t>Who should we talk to next to understand this decision?</w:t>
      </w:r>
    </w:p>
    <w:p>
      <w:r>
        <w:br w:type="page"/>
      </w:r>
    </w:p>
    <w:p>
      <w:pPr>
        <w:pStyle w:val="Heading1"/>
      </w:pPr>
      <w:r>
        <w:t>Filled example (illustrative, not a benchmark)</w:t>
      </w:r>
    </w:p>
    <w:p>
      <w:r>
        <w:rPr>
          <w:i/>
          <w:color w:val="6B6B6B"/>
          <w:sz w:val="19"/>
        </w:rPr>
        <w:t>Fictional company: Tallyline sells forecasting software to B2B companies with 20 to 50 sellers. Two of its six personas are shown.</w:t>
      </w:r>
    </w:p>
    <w:p>
      <w:pPr>
        <w:pStyle w:val="Heading2"/>
      </w:pPr>
      <w:r>
        <w:t>Persona: Champion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3168"/>
          </w:tcPr>
          <w:p>
            <w:r>
              <w:rPr>
                <w:b/>
              </w:rPr>
              <w:t>Role in the decision</w:t>
            </w:r>
          </w:p>
        </w:tc>
        <w:tc>
          <w:tcPr>
            <w:tcW w:type="dxa" w:w="6192"/>
          </w:tcPr>
          <w:p>
            <w:r>
              <w:t>Champion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Typical titles</w:t>
            </w:r>
          </w:p>
        </w:tc>
        <w:tc>
          <w:tcPr>
            <w:tcW w:type="dxa" w:w="6192"/>
          </w:tcPr>
          <w:p>
            <w:r>
              <w:t>Director of RevOps, Head of Sales Operations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What they own and are measured on</w:t>
            </w:r>
          </w:p>
        </w:tc>
        <w:tc>
          <w:tcPr>
            <w:tcW w:type="dxa" w:w="6192"/>
          </w:tcPr>
          <w:p>
            <w:r>
              <w:t>Forecast accuracy and the time sellers spend on admin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Trigger that starts the search</w:t>
            </w:r>
          </w:p>
        </w:tc>
        <w:tc>
          <w:tcPr>
            <w:tcW w:type="dxa" w:w="6192"/>
          </w:tcPr>
          <w:p>
            <w:r>
              <w:t>The CRO asked why last quarter's forecast missed by 20%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What success looks like in 12 months</w:t>
            </w:r>
          </w:p>
        </w:tc>
        <w:tc>
          <w:tcPr>
            <w:tcW w:type="dxa" w:w="6192"/>
          </w:tcPr>
          <w:p>
            <w:r>
              <w:t>A forecast the CRO trusts without a spreadsheet on the side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Personal risk if it goes wrong</w:t>
            </w:r>
          </w:p>
        </w:tc>
        <w:tc>
          <w:tcPr>
            <w:tcW w:type="dxa" w:w="6192"/>
          </w:tcPr>
          <w:p>
            <w:r>
              <w:t>Owns a failed rollout in front of the CRO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Questions they ask in evaluation</w:t>
            </w:r>
          </w:p>
        </w:tc>
        <w:tc>
          <w:tcPr>
            <w:tcW w:type="dxa" w:w="6192"/>
          </w:tcPr>
          <w:p>
            <w:r>
              <w:t>How long is setup? Does it work with our Salesforce fields?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Proof they need to say yes</w:t>
            </w:r>
          </w:p>
        </w:tc>
        <w:tc>
          <w:tcPr>
            <w:tcW w:type="dxa" w:w="6192"/>
          </w:tcPr>
          <w:p>
            <w:r>
              <w:t>A case study from a company with 20 to 50 sellers; a two-week trial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Main objections</w:t>
            </w:r>
          </w:p>
        </w:tc>
        <w:tc>
          <w:tcPr>
            <w:tcW w:type="dxa" w:w="6192"/>
          </w:tcPr>
          <w:p>
            <w:r>
              <w:t>We tried a forecasting tool before and sellers ignored it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Where they research</w:t>
            </w:r>
          </w:p>
        </w:tc>
        <w:tc>
          <w:tcPr>
            <w:tcW w:type="dxa" w:w="6192"/>
          </w:tcPr>
          <w:p>
            <w:r>
              <w:t>RevOps Slack communities, G2, asks ChatGPT for a shortlist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What to send them</w:t>
            </w:r>
          </w:p>
        </w:tc>
        <w:tc>
          <w:tcPr>
            <w:tcW w:type="dxa" w:w="6192"/>
          </w:tcPr>
          <w:p>
            <w:r>
              <w:t>Setup plan, then a case study, then a draft business case for the CRO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Who they influence and report to</w:t>
            </w:r>
          </w:p>
        </w:tc>
        <w:tc>
          <w:tcPr>
            <w:tcW w:type="dxa" w:w="6192"/>
          </w:tcPr>
          <w:p>
            <w:r>
              <w:t>Reports to the CRO; works daily with sales managers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Evidence</w:t>
            </w:r>
          </w:p>
        </w:tc>
        <w:tc>
          <w:tcPr>
            <w:tcW w:type="dxa" w:w="6192"/>
          </w:tcPr>
          <w:p>
            <w:r>
              <w:t>6 interviews, 14 call recordings, updated October 2026</w:t>
            </w:r>
          </w:p>
        </w:tc>
      </w:tr>
    </w:tbl>
    <w:p>
      <w:pPr>
        <w:pStyle w:val="Heading2"/>
      </w:pPr>
      <w:r>
        <w:t>Persona: Economic buyer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3168"/>
          </w:tcPr>
          <w:p>
            <w:r>
              <w:rPr>
                <w:b/>
              </w:rPr>
              <w:t>Role in the decision</w:t>
            </w:r>
          </w:p>
        </w:tc>
        <w:tc>
          <w:tcPr>
            <w:tcW w:type="dxa" w:w="6192"/>
          </w:tcPr>
          <w:p>
            <w:r>
              <w:t>Economic buyer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Typical titles</w:t>
            </w:r>
          </w:p>
        </w:tc>
        <w:tc>
          <w:tcPr>
            <w:tcW w:type="dxa" w:w="6192"/>
          </w:tcPr>
          <w:p>
            <w:r>
              <w:t>CRO, VP of Sales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What they own and are measured on</w:t>
            </w:r>
          </w:p>
        </w:tc>
        <w:tc>
          <w:tcPr>
            <w:tcW w:type="dxa" w:w="6192"/>
          </w:tcPr>
          <w:p>
            <w:r>
              <w:t>Bookings against plan and forecast accuracy to the board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Trigger that starts the search</w:t>
            </w:r>
          </w:p>
        </w:tc>
        <w:tc>
          <w:tcPr>
            <w:tcW w:type="dxa" w:w="6192"/>
          </w:tcPr>
          <w:p>
            <w:r>
              <w:t>A board meeting where the forecast was wrong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What success looks like in 12 months</w:t>
            </w:r>
          </w:p>
        </w:tc>
        <w:tc>
          <w:tcPr>
            <w:tcW w:type="dxa" w:w="6192"/>
          </w:tcPr>
          <w:p>
            <w:r>
              <w:t>Commit numbers that land within 5% two quarters in a row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Personal risk if it goes wrong</w:t>
            </w:r>
          </w:p>
        </w:tc>
        <w:tc>
          <w:tcPr>
            <w:tcW w:type="dxa" w:w="6192"/>
          </w:tcPr>
          <w:p>
            <w:r>
              <w:t>Another missed quarter in front of the board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Questions they ask in evaluation</w:t>
            </w:r>
          </w:p>
        </w:tc>
        <w:tc>
          <w:tcPr>
            <w:tcW w:type="dxa" w:w="6192"/>
          </w:tcPr>
          <w:p>
            <w:r>
              <w:t>What will this cost per seller, and when do we see a better forecast?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Proof they need to say yes</w:t>
            </w:r>
          </w:p>
        </w:tc>
        <w:tc>
          <w:tcPr>
            <w:tcW w:type="dxa" w:w="6192"/>
          </w:tcPr>
          <w:p>
            <w:r>
              <w:t>A reference call with a CRO at a similar company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Main objections</w:t>
            </w:r>
          </w:p>
        </w:tc>
        <w:tc>
          <w:tcPr>
            <w:tcW w:type="dxa" w:w="6192"/>
          </w:tcPr>
          <w:p>
            <w:r>
              <w:t>We already pay for Salesforce; why do we need another tool?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Where they research</w:t>
            </w:r>
          </w:p>
        </w:tc>
        <w:tc>
          <w:tcPr>
            <w:tcW w:type="dxa" w:w="6192"/>
          </w:tcPr>
          <w:p>
            <w:r>
              <w:t>Other CROs, investors, Pavilion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What to send them</w:t>
            </w:r>
          </w:p>
        </w:tc>
        <w:tc>
          <w:tcPr>
            <w:tcW w:type="dxa" w:w="6192"/>
          </w:tcPr>
          <w:p>
            <w:r>
              <w:t>A one-page business case written by the champion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Who they influence and report to</w:t>
            </w:r>
          </w:p>
        </w:tc>
        <w:tc>
          <w:tcPr>
            <w:tcW w:type="dxa" w:w="6192"/>
          </w:tcPr>
          <w:p>
            <w:r>
              <w:t>Signs; listens to RevOps and finance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Evidence</w:t>
            </w:r>
          </w:p>
        </w:tc>
        <w:tc>
          <w:tcPr>
            <w:tcW w:type="dxa" w:w="6192"/>
          </w:tcPr>
          <w:p>
            <w:r>
              <w:t>3 interviews, 5 call recordings, updated October 2026</w:t>
            </w:r>
          </w:p>
        </w:tc>
      </w:tr>
    </w:tbl>
    <w:sectPr w:rsidR="00FC693F" w:rsidRPr="0006063C" w:rsidSect="00034616"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B2B Buyer Persona Template</dc:title>
  <dc:subject>Buyer persona template with one persona per buying committee role, a committee map and interview questions</dc:subject>
  <dc:creator>Growigami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