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Before the interview: planning sheet</w:t>
      </w:r>
    </w:p>
    <w:p>
      <w:r>
        <w:rPr>
          <w:i/>
          <w:color w:val="6B6B6B"/>
          <w:sz w:val="19"/>
        </w:rPr>
        <w:t>Fill this in with sales before you contact the customer. It decides which story you write and who must approve it. Delete this page before you publish.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4680"/>
          </w:tcPr>
          <w:p>
            <w:r>
              <w:t>[Company name, industry, size]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Champion to interview</w:t>
            </w:r>
          </w:p>
        </w:tc>
        <w:tc>
          <w:tcPr>
            <w:tcW w:type="dxa" w:w="4680"/>
          </w:tcPr>
          <w:p>
            <w:r>
              <w:t>[Name, title, email]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Who approves the final draft</w:t>
            </w:r>
          </w:p>
        </w:tc>
        <w:tc>
          <w:tcPr>
            <w:tcW w:type="dxa" w:w="4680"/>
          </w:tcPr>
          <w:p>
            <w:r>
              <w:t>[Champion, their marketing or PR, their legal]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Buyer this story is for</w:t>
            </w:r>
          </w:p>
        </w:tc>
        <w:tc>
          <w:tcPr>
            <w:tcW w:type="dxa" w:w="4680"/>
          </w:tcPr>
          <w:p>
            <w:r>
              <w:t>[Job title and company type of the prospect who will read it]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Objection it answers</w:t>
            </w:r>
          </w:p>
        </w:tc>
        <w:tc>
          <w:tcPr>
            <w:tcW w:type="dxa" w:w="4680"/>
          </w:tcPr>
          <w:p>
            <w:r>
              <w:t>[The doubt a prospect raises that this story settles]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Alternatives the customer considered</w:t>
            </w:r>
          </w:p>
        </w:tc>
        <w:tc>
          <w:tcPr>
            <w:tcW w:type="dxa" w:w="4680"/>
          </w:tcPr>
          <w:p>
            <w:r>
              <w:t>[Competitor, spreadsheet, in-house build, doing nothing]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Results to verify</w:t>
            </w:r>
          </w:p>
        </w:tc>
        <w:tc>
          <w:tcPr>
            <w:tcW w:type="dxa" w:w="4680"/>
          </w:tcPr>
          <w:p>
            <w:r>
              <w:t>[Metric, before, after, period, where the number comes from]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Named or anonymous</w:t>
            </w:r>
          </w:p>
        </w:tc>
        <w:tc>
          <w:tcPr>
            <w:tcW w:type="dxa" w:w="4680"/>
          </w:tcPr>
          <w:p>
            <w:r>
              <w:t>[Named / named without numbers / anonymous]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Where it will be used</w:t>
            </w:r>
          </w:p>
        </w:tc>
        <w:tc>
          <w:tcPr>
            <w:tcW w:type="dxa" w:w="4680"/>
          </w:tcPr>
          <w:p>
            <w:r>
              <w:t>[Web page, PDF, deck slide, sales email, ads]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Interview date and approval deadline</w:t>
            </w:r>
          </w:p>
        </w:tc>
        <w:tc>
          <w:tcPr>
            <w:tcW w:type="dxa" w:w="4680"/>
          </w:tcPr>
          <w:p>
            <w:r>
              <w:t>[ ]</w:t>
            </w:r>
          </w:p>
        </w:tc>
      </w:tr>
    </w:tbl>
    <w:p>
      <w:r>
        <w:br w:type="page"/>
      </w:r>
    </w:p>
    <w:p>
      <w:r>
        <w:rPr>
          <w:b/>
          <w:sz w:val="44"/>
        </w:rPr>
        <w:t>[Headline: the result, with a number. "How [Customer] [did what] in [time]"]</w:t>
      </w:r>
    </w:p>
    <w:p>
      <w:r>
        <w:rPr>
          <w:color w:val="5F37DE"/>
          <w:sz w:val="26"/>
        </w:rPr>
        <w:t>[Subhead: who the customer is and the problem, in one line]</w:t>
      </w:r>
    </w:p>
    <w:p>
      <w:r>
        <w:rPr>
          <w:i/>
          <w:color w:val="6B6B6B"/>
          <w:sz w:val="19"/>
        </w:rPr>
        <w:t>Guidance in grey italics. Delete it as you write. Many readers stop after the headline and the box below, so both must carry the result.</w:t>
      </w:r>
    </w:p>
    <w:p>
      <w:pPr>
        <w:pStyle w:val="Heading2"/>
      </w:pPr>
      <w:r>
        <w:t>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4680"/>
          </w:tcPr>
          <w:p>
            <w:r>
              <w:t>[Company], [industry], [employees or revenue band]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Challenge</w:t>
            </w:r>
          </w:p>
        </w:tc>
        <w:tc>
          <w:tcPr>
            <w:tcW w:type="dxa" w:w="4680"/>
          </w:tcPr>
          <w:p>
            <w:r>
              <w:t>[One line]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Product used</w:t>
            </w:r>
          </w:p>
        </w:tc>
        <w:tc>
          <w:tcPr>
            <w:tcW w:type="dxa" w:w="4680"/>
          </w:tcPr>
          <w:p>
            <w:r>
              <w:t>[Product or plan]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Result 1</w:t>
            </w:r>
          </w:p>
        </w:tc>
        <w:tc>
          <w:tcPr>
            <w:tcW w:type="dxa" w:w="4680"/>
          </w:tcPr>
          <w:p>
            <w:r>
              <w:t>[Number + metric + period]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Result 2</w:t>
            </w:r>
          </w:p>
        </w:tc>
        <w:tc>
          <w:tcPr>
            <w:tcW w:type="dxa" w:w="4680"/>
          </w:tcPr>
          <w:p>
            <w:r>
              <w:t>[Number + metric + period]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Result 3</w:t>
            </w:r>
          </w:p>
        </w:tc>
        <w:tc>
          <w:tcPr>
            <w:tcW w:type="dxa" w:w="4680"/>
          </w:tcPr>
          <w:p>
            <w:r>
              <w:t>[Number + metric + period]</w:t>
            </w:r>
          </w:p>
        </w:tc>
      </w:tr>
    </w:tbl>
    <w:p>
      <w:pPr>
        <w:pStyle w:val="Heading1"/>
      </w:pPr>
      <w:r>
        <w:t>1. The customer and the challenge</w:t>
      </w:r>
    </w:p>
    <w:p>
      <w:r>
        <w:rPr>
          <w:i/>
          <w:color w:val="6B6B6B"/>
          <w:sz w:val="19"/>
        </w:rPr>
        <w:t>Who they are, what was broken, and what it cost them. Use the customer's words from the interview. 80 to 120 words.</w:t>
      </w:r>
    </w:p>
    <w:p>
      <w:r>
        <w:t>[Customer] is a [industry] company with [size] that [what they do].</w:t>
      </w:r>
    </w:p>
    <w:p>
      <w:r>
        <w:t>Before [Product], the team [how they worked]. That meant [cost: hours, money, risk, missed revenue].</w:t>
      </w:r>
    </w:p>
    <w:p>
      <w:r>
        <w:t>"[Quote about the problem, in the champion's words.]"</w:t>
      </w:r>
    </w:p>
    <w:p>
      <w:pPr>
        <w:pStyle w:val="Heading1"/>
      </w:pPr>
      <w:r>
        <w:t>2. Why they chose [Product]</w:t>
      </w:r>
    </w:p>
    <w:p>
      <w:r>
        <w:rPr>
          <w:i/>
          <w:color w:val="6B6B6B"/>
          <w:sz w:val="19"/>
        </w:rPr>
        <w:t>What else they looked at and why they picked you. Prospects comparing the same options read this section closely.</w:t>
      </w:r>
    </w:p>
    <w:p>
      <w:r>
        <w:t>Options considered: [competitor, spreadsheet, in-house build].</w:t>
      </w:r>
    </w:p>
    <w:p>
      <w:r>
        <w:t>Deciding reason: [the one factor that tipped it, in their words].</w:t>
      </w:r>
    </w:p>
    <w:p>
      <w:pPr>
        <w:pStyle w:val="Heading1"/>
      </w:pPr>
      <w:r>
        <w:t>3. How they rolled it out</w:t>
      </w:r>
    </w:p>
    <w:p>
      <w:r>
        <w:rPr>
          <w:i/>
          <w:color w:val="6B6B6B"/>
          <w:sz w:val="19"/>
        </w:rPr>
        <w:t>Who was involved, how long it took and what changed in their week. Short and concrete.</w:t>
      </w:r>
    </w:p>
    <w:p>
      <w:r>
        <w:t>Week 1: [ ]</w:t>
      </w:r>
    </w:p>
    <w:p>
      <w:r>
        <w:t>By month [n]: [ ]</w:t>
      </w:r>
    </w:p>
    <w:p>
      <w:r>
        <w:t>Teams using it: [ ]</w:t>
      </w:r>
    </w:p>
    <w:p>
      <w:pPr>
        <w:pStyle w:val="Heading1"/>
      </w:pPr>
      <w:r>
        <w:t>4. The results</w:t>
      </w:r>
    </w:p>
    <w:p>
      <w:r>
        <w:rPr>
          <w:i/>
          <w:color w:val="6B6B6B"/>
          <w:sz w:val="19"/>
        </w:rPr>
        <w:t>Before and after, with the period and where each number comes from. Only numbers the customer has approved in writing.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1872"/>
          </w:tcPr>
          <w:p>
            <w:r>
              <w:rPr>
                <w:b/>
              </w:rPr>
              <w:t>Before</w:t>
            </w:r>
          </w:p>
        </w:tc>
        <w:tc>
          <w:tcPr>
            <w:tcW w:type="dxa" w:w="1872"/>
          </w:tcPr>
          <w:p>
            <w:r>
              <w:rPr>
                <w:b/>
              </w:rPr>
              <w:t>After</w:t>
            </w:r>
          </w:p>
        </w:tc>
        <w:tc>
          <w:tcPr>
            <w:tcW w:type="dxa" w:w="1872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1872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1872"/>
          </w:tcPr>
          <w:p>
            <w:r>
              <w:t>[ ]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r>
              <w:t>[ ]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r>
              <w:t>[ ]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r>
        <w:rPr>
          <w:i/>
          <w:color w:val="6B6B6B"/>
          <w:sz w:val="19"/>
        </w:rPr>
        <w:t>Source examples: the customer's CRM report, their finance team, your product analytics. If the customer will not approve a number, describe the change in words instead.</w:t>
      </w:r>
    </w:p>
    <w:p>
      <w:pPr>
        <w:pStyle w:val="Heading1"/>
      </w:pPr>
      <w:r>
        <w:t>5. In their words</w:t>
      </w:r>
    </w:p>
    <w:p>
      <w:r>
        <w:rPr>
          <w:i/>
          <w:color w:val="6B6B6B"/>
          <w:sz w:val="19"/>
        </w:rPr>
        <w:t>One quote that a prospect in the same job would say. Named and titled.</w:t>
      </w:r>
    </w:p>
    <w:p>
      <w:r>
        <w:t>"[Quote about the result or what it is like to work with you.]"</w:t>
      </w:r>
    </w:p>
    <w:p>
      <w:r>
        <w:t>[Name], [Title], [Company]</w:t>
      </w:r>
    </w:p>
    <w:p>
      <w:pPr>
        <w:pStyle w:val="Heading1"/>
      </w:pPr>
      <w:r>
        <w:t>6. What's next</w:t>
      </w:r>
    </w:p>
    <w:p>
      <w:r>
        <w:rPr>
          <w:i/>
          <w:color w:val="6B6B6B"/>
          <w:sz w:val="19"/>
        </w:rPr>
        <w:t>What the customer plans to do next with you. Shows the relationship is current.</w:t>
      </w:r>
    </w:p>
    <w:p>
      <w:r>
        <w:t>[Next team, use case or expansion.]</w:t>
      </w:r>
    </w:p>
    <w:p>
      <w:pPr>
        <w:pStyle w:val="Heading1"/>
      </w:pPr>
      <w:r>
        <w:t>7. Call to action</w:t>
      </w:r>
    </w:p>
    <w:p>
      <w:r>
        <w:rPr>
          <w:i/>
          <w:color w:val="6B6B6B"/>
          <w:sz w:val="19"/>
        </w:rPr>
        <w:t>One next step for a reader with the same problem.</w:t>
      </w:r>
    </w:p>
    <w:p>
      <w:r>
        <w:t>[Book a call / see a demo / read a related story] at [URL].</w:t>
      </w:r>
    </w:p>
    <w:p>
      <w:r>
        <w:br w:type="page"/>
      </w:r>
    </w:p>
    <w:p>
      <w:pPr>
        <w:pStyle w:val="Heading1"/>
      </w:pPr>
      <w:r>
        <w:t>Appendix A: interview questions (30 minutes)</w:t>
      </w:r>
    </w:p>
    <w:p>
      <w:r>
        <w:rPr>
          <w:i/>
          <w:color w:val="6B6B6B"/>
          <w:sz w:val="19"/>
        </w:rPr>
        <w:t>Record the call with permission. Ask for numbers and where they come from while you are on the call.</w:t>
      </w:r>
    </w:p>
    <w:p>
      <w:r>
        <w:t>1. What does your team do, and what is your role in it?</w:t>
      </w:r>
    </w:p>
    <w:p>
      <w:r>
        <w:t>2. Before [Product], how did you handle [the problem]? What did that cost you?</w:t>
      </w:r>
    </w:p>
    <w:p>
      <w:r>
        <w:t>3. What made you start looking for something new, and why then?</w:t>
      </w:r>
    </w:p>
    <w:p>
      <w:r>
        <w:t>4. What else did you consider? Why did you pick us?</w:t>
      </w:r>
    </w:p>
    <w:p>
      <w:r>
        <w:t>5. Who was involved in the decision, and what did each person need to see?</w:t>
      </w:r>
    </w:p>
    <w:p>
      <w:r>
        <w:t>6. How did the rollout go? What surprised you?</w:t>
      </w:r>
    </w:p>
    <w:p>
      <w:r>
        <w:t>7. What changed in the first 90 days? Which numbers moved?</w:t>
      </w:r>
    </w:p>
    <w:p>
      <w:r>
        <w:t>8. Where does that number come from, and can we use it?</w:t>
      </w:r>
    </w:p>
    <w:p>
      <w:r>
        <w:t>9. What would you tell a peer who is considering us?</w:t>
      </w:r>
    </w:p>
    <w:p>
      <w:r>
        <w:t>10. What would you miss most if you stopped using us?</w:t>
      </w:r>
    </w:p>
    <w:p>
      <w:pPr>
        <w:pStyle w:val="Heading1"/>
      </w:pPr>
      <w:r>
        <w:t>Appendix B: approval checklist</w:t>
      </w:r>
    </w:p>
    <w:p>
      <w:r>
        <w:t>[ ] Champion has read the full draft</w:t>
      </w:r>
    </w:p>
    <w:p>
      <w:r>
        <w:t>[ ] Every number checked against its source and approved in writing</w:t>
      </w:r>
    </w:p>
    <w:p>
      <w:r>
        <w:t>[ ] Quotes approved word for word</w:t>
      </w:r>
    </w:p>
    <w:p>
      <w:r>
        <w:t>[ ] Customer's marketing or legal has signed off on logo and name use</w:t>
      </w:r>
    </w:p>
    <w:p>
      <w:r>
        <w:t>[ ] Prospect-facing claims match what sales can prove on a call</w:t>
      </w:r>
    </w:p>
    <w:p>
      <w:r>
        <w:t>[ ] Date of approval recorded, and a review date set (12 months)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Case Study Template</dc:title>
  <dc:subject>Customer case study template with planning sheet, interview questions and approval checklist</dc:subject>
  <dc:creator>Growigami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