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B2B Press Kit Template</w:t>
      </w:r>
    </w:p>
    <w:p>
      <w:r>
        <w:rPr>
          <w:color w:val="5F37DE"/>
          <w:sz w:val="26"/>
        </w:rPr>
        <w:t>Planning sheet, fact sheet, ten press kit sections and a pre-publish checklist</w:t>
      </w:r>
    </w:p>
    <w:p>
      <w:r>
        <w:rPr>
          <w:i/>
          <w:color w:val="6B6B6B"/>
          <w:sz w:val="19"/>
        </w:rPr>
        <w:t>Guidance is in grey italics. Delete it as you write. Publish the result as a web page at /press, with the assets in one zip file. Free from growigami.com/tools/press-kit-template.</w:t>
      </w:r>
    </w:p>
    <w:p>
      <w:pPr>
        <w:pStyle w:val="Heading1"/>
      </w:pPr>
      <w:r>
        <w:t>Before you start: planning sheet</w:t>
      </w:r>
    </w:p>
    <w:p>
      <w:r>
        <w:rPr>
          <w:i/>
          <w:color w:val="6B6B6B"/>
          <w:sz w:val="19"/>
        </w:rPr>
        <w:t>A press kit that is out of date does more harm than no kit. Name an owner and a review date before you fill in anything else.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[Name. The person who keeps the kit current and answers press requests]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Where it lives</w:t>
            </w:r>
          </w:p>
        </w:tc>
        <w:tc>
          <w:tcPr>
            <w:tcW w:type="dxa" w:w="4680"/>
          </w:tcPr>
          <w:p>
            <w:r>
              <w:t>[yourdomain.com/press, linked from the footer, every release and every pitch]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Last updated</w:t>
            </w:r>
          </w:p>
        </w:tc>
        <w:tc>
          <w:tcPr>
            <w:tcW w:type="dxa" w:w="4680"/>
          </w:tcPr>
          <w:p>
            <w:r>
              <w:t>[Date. Put it on the page so reporters know the facts are current]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4680"/>
          </w:tcPr>
          <w:p>
            <w:r>
              <w:t>[Date. Once a quarter, and after every funding round, launch or executive change]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Approvals</w:t>
            </w:r>
          </w:p>
        </w:tc>
        <w:tc>
          <w:tcPr>
            <w:tcW w:type="dxa" w:w="4680"/>
          </w:tcPr>
          <w:p>
            <w:r>
              <w:t>[Who signs off on numbers, customer names, investor names and quotes]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Download</w:t>
            </w:r>
          </w:p>
        </w:tc>
        <w:tc>
          <w:tcPr>
            <w:tcW w:type="dxa" w:w="4680"/>
          </w:tcPr>
          <w:p>
            <w:r>
              <w:t>[Link to one zip file with every logo, headshot and screenshot]</w:t>
            </w:r>
          </w:p>
        </w:tc>
      </w:tr>
    </w:tbl>
    <w:p>
      <w:r>
        <w:br w:type="page"/>
      </w:r>
    </w:p>
    <w:p>
      <w:pPr>
        <w:pStyle w:val="Heading1"/>
      </w:pPr>
      <w:r>
        <w:t>1. Fact sheet</w:t>
      </w:r>
    </w:p>
    <w:p>
      <w:r>
        <w:rPr>
          <w:i/>
          <w:color w:val="6B6B6B"/>
          <w:sz w:val="19"/>
        </w:rPr>
        <w:t>The page reporters copy from. Short answers, one per line, every number with a date. Leave out anything you would not want printed.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Company name</w:t>
            </w:r>
          </w:p>
        </w:tc>
        <w:tc>
          <w:tcPr>
            <w:tcW w:type="dxa" w:w="4680"/>
          </w:tcPr>
          <w:p>
            <w:r>
              <w:t>[Legal name, and the name you want in print if different]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What it does</w:t>
            </w:r>
          </w:p>
        </w:tc>
        <w:tc>
          <w:tcPr>
            <w:tcW w:type="dxa" w:w="4680"/>
          </w:tcPr>
          <w:p>
            <w:r>
              <w:t>[One sentence, in the words your buyers use]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4680"/>
          </w:tcPr>
          <w:p>
            <w:r>
              <w:t>[The category a reporter would file you under]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Founded</w:t>
            </w:r>
          </w:p>
        </w:tc>
        <w:tc>
          <w:tcPr>
            <w:tcW w:type="dxa" w:w="4680"/>
          </w:tcPr>
          <w:p>
            <w:r>
              <w:t>[Year, city]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Headquarters</w:t>
            </w:r>
          </w:p>
        </w:tc>
        <w:tc>
          <w:tcPr>
            <w:tcW w:type="dxa" w:w="4680"/>
          </w:tcPr>
          <w:p>
            <w:r>
              <w:t>[City, country. Plus other offices]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Founders</w:t>
            </w:r>
          </w:p>
        </w:tc>
        <w:tc>
          <w:tcPr>
            <w:tcW w:type="dxa" w:w="4680"/>
          </w:tcPr>
          <w:p>
            <w:r>
              <w:t>[Names and titles]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Leadership</w:t>
            </w:r>
          </w:p>
        </w:tc>
        <w:tc>
          <w:tcPr>
            <w:tcW w:type="dxa" w:w="4680"/>
          </w:tcPr>
          <w:p>
            <w:r>
              <w:t>[CEO and the executives reporters may ask for]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Employees</w:t>
            </w:r>
          </w:p>
        </w:tc>
        <w:tc>
          <w:tcPr>
            <w:tcW w:type="dxa" w:w="4680"/>
          </w:tcPr>
          <w:p>
            <w:r>
              <w:t>[Number or range, with the date]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Customers</w:t>
            </w:r>
          </w:p>
        </w:tc>
        <w:tc>
          <w:tcPr>
            <w:tcW w:type="dxa" w:w="4680"/>
          </w:tcPr>
          <w:p>
            <w:r>
              <w:t>[Count or range, plus named customers approved for press]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Funding</w:t>
            </w:r>
          </w:p>
        </w:tc>
        <w:tc>
          <w:tcPr>
            <w:tcW w:type="dxa" w:w="4680"/>
          </w:tcPr>
          <w:p>
            <w:r>
              <w:t>[Total raised, last round, date, lead investors. Only public figures]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Products</w:t>
            </w:r>
          </w:p>
        </w:tc>
        <w:tc>
          <w:tcPr>
            <w:tcW w:type="dxa" w:w="4680"/>
          </w:tcPr>
          <w:p>
            <w:r>
              <w:t>[Product names, one line each]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Pricing model</w:t>
            </w:r>
          </w:p>
        </w:tc>
        <w:tc>
          <w:tcPr>
            <w:tcW w:type="dxa" w:w="4680"/>
          </w:tcPr>
          <w:p>
            <w:r>
              <w:t>[Free plan, per seat, usage based, custom. Link to the pricing page]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Key numbers</w:t>
            </w:r>
          </w:p>
        </w:tc>
        <w:tc>
          <w:tcPr>
            <w:tcW w:type="dxa" w:w="4680"/>
          </w:tcPr>
          <w:p>
            <w:r>
              <w:t>[Two or three numbers you can prove, each with its source and date]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Website and newsroom</w:t>
            </w:r>
          </w:p>
        </w:tc>
        <w:tc>
          <w:tcPr>
            <w:tcW w:type="dxa" w:w="4680"/>
          </w:tcPr>
          <w:p>
            <w:r>
              <w:t>[URLs]</w:t>
            </w:r>
          </w:p>
        </w:tc>
      </w:tr>
    </w:tbl>
    <w:p>
      <w:pPr>
        <w:pStyle w:val="Heading1"/>
      </w:pPr>
      <w:r>
        <w:t>2. Boilerplate</w:t>
      </w:r>
    </w:p>
    <w:p>
      <w:r>
        <w:rPr>
          <w:i/>
          <w:color w:val="6B6B6B"/>
          <w:sz w:val="19"/>
        </w:rPr>
        <w:t>Two versions of the same paragraph. The short one closes every press release; the long one sits at the top of your press page. Keep both identical to your LinkedIn page and your website.</w:t>
      </w:r>
    </w:p>
    <w:p>
      <w:r>
        <w:t>Short (about 50 words): [Company] is [category] that helps [audience] [outcome]. [Proof point]. Learn more at [URL].</w:t>
      </w:r>
    </w:p>
    <w:p>
      <w:r>
        <w:t>Long (about 100 words): [Company] is [category] that helps [audience] [outcome]. Founded in [year] by [founders], [Company] [what it does differently]. [Customers or traction you can show]. [Funding and investors, if public]. [Company] is based in [city]. Learn more at [URL].</w:t>
      </w:r>
    </w:p>
    <w:p>
      <w:pPr>
        <w:pStyle w:val="Heading1"/>
      </w:pPr>
      <w:r>
        <w:t>3. Founder and executive bios</w:t>
      </w:r>
    </w:p>
    <w:p>
      <w:r>
        <w:rPr>
          <w:i/>
          <w:color w:val="6B6B6B"/>
          <w:sz w:val="19"/>
        </w:rPr>
        <w:t>One block per person a reporter may quote. Short bio for captions, long bio for profiles, and the topics they can speak on.</w:t>
      </w:r>
    </w:p>
    <w:p>
      <w:r>
        <w:t>[Full name], [Title]</w:t>
      </w:r>
    </w:p>
    <w:p>
      <w:r>
        <w:t>Short bio (about 50 words): [Role at the company, the one past role that explains why they can speak on this, one credential].</w:t>
      </w:r>
    </w:p>
    <w:p>
      <w:r>
        <w:t>Long bio (about 150 words): [Career path, what they built before, what they do now, where they have spoken or written].</w:t>
      </w:r>
    </w:p>
    <w:p>
      <w:r>
        <w:t>Can comment on: [Topic 1], [Topic 2], [Topic 3]</w:t>
      </w:r>
    </w:p>
    <w:p>
      <w:r>
        <w:t>Headshot files: [firstname-lastname-headshot.jpg, high resolution, plain background, landscape and portrait crops]</w:t>
      </w:r>
    </w:p>
    <w:p>
      <w:r>
        <w:t>LinkedIn: [URL]</w:t>
      </w:r>
    </w:p>
    <w:p>
      <w:pPr>
        <w:pStyle w:val="Heading1"/>
      </w:pPr>
      <w:r>
        <w:t>4. Logos</w:t>
      </w:r>
    </w:p>
    <w:p>
      <w:r>
        <w:rPr>
          <w:i/>
          <w:color w:val="6B6B6B"/>
          <w:sz w:val="19"/>
        </w:rPr>
        <w:t>Every version a designer at a publication might need, named so the file says what it is.</w:t>
      </w:r>
    </w:p>
    <w:p>
      <w:r>
        <w:t>Primary logo: [company-logo-primary.svg / .png, transparent background]</w:t>
      </w:r>
    </w:p>
    <w:p>
      <w:r>
        <w:t>One-color logo: [company-logo-black.svg / .png] and [company-logo-white.svg / .png]</w:t>
      </w:r>
    </w:p>
    <w:p>
      <w:r>
        <w:t>Icon or mark only: [company-icon.svg / .png]</w:t>
      </w:r>
    </w:p>
    <w:p>
      <w:r>
        <w:t>Usage rules: [Clear space, minimum size, what not to do. Link to your brand guidelines]</w:t>
      </w:r>
    </w:p>
    <w:p>
      <w:pPr>
        <w:pStyle w:val="Heading1"/>
      </w:pPr>
      <w:r>
        <w:t>5. Product screenshots and video</w:t>
      </w:r>
    </w:p>
    <w:p>
      <w:r>
        <w:rPr>
          <w:i/>
          <w:color w:val="6B6B6B"/>
          <w:sz w:val="19"/>
        </w:rPr>
        <w:t>The images most B2B stories use. Show the product with realistic but fictional data, and caption every file.</w:t>
      </w:r>
    </w:p>
    <w:p>
      <w:r>
        <w:t>[screenshot-1-dashboard.png]: [Caption: what the reader sees and why it matters]</w:t>
      </w:r>
    </w:p>
    <w:p>
      <w:r>
        <w:t>[screenshot-2-feature.png]: [Caption]</w:t>
      </w:r>
    </w:p>
    <w:p>
      <w:r>
        <w:t>[screenshot-3-mobile.png]: [Caption]</w:t>
      </w:r>
    </w:p>
    <w:p>
      <w:r>
        <w:t>Demo video: [URL, length, whether it can be embedded]</w:t>
      </w:r>
    </w:p>
    <w:p>
      <w:pPr>
        <w:pStyle w:val="Heading1"/>
      </w:pPr>
      <w:r>
        <w:t>6. Recent press releases</w:t>
      </w:r>
    </w:p>
    <w:p>
      <w:r>
        <w:rPr>
          <w:i/>
          <w:color w:val="6B6B6B"/>
          <w:sz w:val="19"/>
        </w:rPr>
        <w:t>Newest first, with dates. Link to the copy on your own newsroom, not only the wire.</w:t>
      </w:r>
    </w:p>
    <w:p>
      <w:r>
        <w:t>[Date] | [Headline] | [URL]</w:t>
      </w:r>
    </w:p>
    <w:p>
      <w:r>
        <w:t>[Date] | [Headline] | [URL]</w:t>
      </w:r>
    </w:p>
    <w:p>
      <w:r>
        <w:t>[Date] | [Headline] | [URL]</w:t>
      </w:r>
    </w:p>
    <w:p>
      <w:pPr>
        <w:pStyle w:val="Heading1"/>
      </w:pPr>
      <w:r>
        <w:t>7. Coverage</w:t>
      </w:r>
    </w:p>
    <w:p>
      <w:r>
        <w:rPr>
          <w:i/>
          <w:color w:val="6B6B6B"/>
          <w:sz w:val="19"/>
        </w:rPr>
        <w:t>Articles, podcasts and analyst mentions, newest first. Only coverage you would be happy for a reporter to read.</w:t>
      </w:r>
    </w:p>
    <w:p>
      <w:r>
        <w:t>[Date] | [Outlet] | [Headline] | [URL]</w:t>
      </w:r>
    </w:p>
    <w:p>
      <w:r>
        <w:t>[Date] | [Outlet] | [Headline] | [URL]</w:t>
      </w:r>
    </w:p>
    <w:p>
      <w:pPr>
        <w:pStyle w:val="Heading1"/>
      </w:pPr>
      <w:r>
        <w:t>8. Customer stories and quotes</w:t>
      </w:r>
    </w:p>
    <w:p>
      <w:r>
        <w:rPr>
          <w:i/>
          <w:color w:val="6B6B6B"/>
          <w:sz w:val="19"/>
        </w:rPr>
        <w:t>Only customers who approved being named to the press, with the date of approval.</w:t>
      </w:r>
    </w:p>
    <w:p>
      <w:r>
        <w:t>[Customer], [industry, size]: [one-line result, with the number they approved] | Contact for interviews: [yes / no]</w:t>
      </w:r>
    </w:p>
    <w:p>
      <w:r>
        <w:t>"[Approved quote]," said [Full Name], [Title] at [Customer]. Approved on [date].</w:t>
      </w:r>
    </w:p>
    <w:p>
      <w:pPr>
        <w:pStyle w:val="Heading1"/>
      </w:pPr>
      <w:r>
        <w:t>9. Data and research</w:t>
      </w:r>
    </w:p>
    <w:p>
      <w:r>
        <w:rPr>
          <w:i/>
          <w:color w:val="6B6B6B"/>
          <w:sz w:val="19"/>
        </w:rPr>
        <w:t>Original data is one of the elements journalists value most in a pitch (Muck Rack, State of Journalism 2026). List what you can share.</w:t>
      </w:r>
    </w:p>
    <w:p>
      <w:r>
        <w:t>[Report name] | [Year] | [Sample size and method] | [URL]</w:t>
      </w:r>
    </w:p>
    <w:p>
      <w:r>
        <w:t>Data a reporter can ask for: [What you can run or share on request]</w:t>
      </w:r>
    </w:p>
    <w:p>
      <w:pPr>
        <w:pStyle w:val="Heading1"/>
      </w:pPr>
      <w:r>
        <w:t>10. Awards, speaking and events</w:t>
      </w:r>
    </w:p>
    <w:p>
      <w:r>
        <w:rPr>
          <w:i/>
          <w:color w:val="6B6B6B"/>
          <w:sz w:val="19"/>
        </w:rPr>
        <w:t>Optional. Recent and relevant only.</w:t>
      </w:r>
    </w:p>
    <w:p>
      <w:r>
        <w:t>[Year] | [Award or event] | [Link]</w:t>
      </w:r>
    </w:p>
    <w:p>
      <w:pPr>
        <w:pStyle w:val="Heading1"/>
      </w:pPr>
      <w:r>
        <w:t>11. Media contact</w:t>
      </w:r>
    </w:p>
    <w:p>
      <w:r>
        <w:rPr>
          <w:i/>
          <w:color w:val="6B6B6B"/>
          <w:sz w:val="19"/>
        </w:rPr>
        <w:t>A real person who replies the same business day.</w:t>
      </w:r>
    </w:p>
    <w:p>
      <w:r>
        <w:t>[Full Name], [Title]</w:t>
      </w:r>
    </w:p>
    <w:p>
      <w:r>
        <w:t>[press@yourdomain.com]  |  [phone]</w:t>
      </w:r>
    </w:p>
    <w:p>
      <w:r>
        <w:t>[Time zone and hours]</w:t>
      </w:r>
    </w:p>
    <w:p>
      <w:r>
        <w:br w:type="page"/>
      </w:r>
    </w:p>
    <w:p>
      <w:pPr>
        <w:pStyle w:val="Heading1"/>
      </w:pPr>
      <w:r>
        <w:t>Before you publish: checklist</w:t>
      </w:r>
    </w:p>
    <w:p>
      <w:r>
        <w:t>[ ] Fact sheet numbers have a source and a date, and finance approved them.</w:t>
      </w:r>
    </w:p>
    <w:p>
      <w:r>
        <w:t>[ ] Funding, customer and investor names are public or approved in writing.</w:t>
      </w:r>
    </w:p>
    <w:p>
      <w:r>
        <w:t>[ ] Boilerplate matches the last press release, the website and LinkedIn.</w:t>
      </w:r>
    </w:p>
    <w:p>
      <w:r>
        <w:t>[ ] Every bio has a current title and a headshot with a plain background.</w:t>
      </w:r>
    </w:p>
    <w:p>
      <w:r>
        <w:t>[ ] Logos come in SVG and PNG with transparent backgrounds, in color, black and white.</w:t>
      </w:r>
    </w:p>
    <w:p>
      <w:r>
        <w:t>[ ] Screenshots show the current product, with fictional data and a caption each.</w:t>
      </w:r>
    </w:p>
    <w:p>
      <w:r>
        <w:t>[ ] Every press release and coverage link works.</w:t>
      </w:r>
    </w:p>
    <w:p>
      <w:r>
        <w:t>[ ] One zip download holds every asset, and each file name says what it is.</w:t>
      </w:r>
    </w:p>
    <w:p>
      <w:r>
        <w:t>[ ] The media contact is a named person, and the inbox is checked daily.</w:t>
      </w:r>
    </w:p>
    <w:p>
      <w:r>
        <w:t>[ ] The page shows a 'Last updated' date, and the next review is in the calendar.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Press Kit Template</dc:title>
  <dc:subject>Press kit and online newsroom template for B2B and SaaS companies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