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B2B Press Release Template</w:t>
      </w:r>
    </w:p>
    <w:p>
      <w:r>
        <w:rPr>
          <w:color w:val="5F37DE"/>
          <w:sz w:val="26"/>
        </w:rPr>
        <w:t>Planning sheet, the release, headline formulas for 7 types of news, and a pre-send checklist</w:t>
      </w:r>
    </w:p>
    <w:p>
      <w:r>
        <w:rPr>
          <w:i/>
          <w:color w:val="6B6B6B"/>
          <w:sz w:val="19"/>
        </w:rPr>
        <w:t>Guidance is in grey italics. Delete it as you write. Free from growigami.com/tools/press-release-template.</w:t>
      </w:r>
    </w:p>
    <w:p>
      <w:pPr>
        <w:pStyle w:val="Heading1"/>
      </w:pPr>
      <w:r>
        <w:t>Before you write: planning sheet</w:t>
      </w:r>
    </w:p>
    <w:p>
      <w:r>
        <w:rPr>
          <w:i/>
          <w:color w:val="6B6B6B"/>
          <w:sz w:val="19"/>
        </w:rPr>
        <w:t>Agree on this page with whoever signs off before anyone drafts. If you cannot fill in 'Why now' and 'Proof we can show', the news is probably a blog post or a LinkedIn post, not a release.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rPr>
                <w:b/>
              </w:rPr>
              <w:t>The news in one sentence</w:t>
            </w:r>
          </w:p>
        </w:tc>
        <w:tc>
          <w:tcPr>
            <w:tcW w:type="dxa" w:w="4680"/>
          </w:tcPr>
          <w:p>
            <w:r>
              <w:t>[Who did what, and why it matters to a reader outside the company]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Type of news</w:t>
            </w:r>
          </w:p>
        </w:tc>
        <w:tc>
          <w:tcPr>
            <w:tcW w:type="dxa" w:w="4680"/>
          </w:tcPr>
          <w:p>
            <w:r>
              <w:t>[Funding / product launch / partnership / customer or revenue milestone / executive hire / research or data / event]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Why now</w:t>
            </w:r>
          </w:p>
        </w:tc>
        <w:tc>
          <w:tcPr>
            <w:tcW w:type="dxa" w:w="4680"/>
          </w:tcPr>
          <w:p>
            <w:r>
              <w:t>[The date, the trend or the number that makes this worth printing this week]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Who should care</w:t>
            </w:r>
          </w:p>
        </w:tc>
        <w:tc>
          <w:tcPr>
            <w:tcW w:type="dxa" w:w="4680"/>
          </w:tcPr>
          <w:p>
            <w:r>
              <w:t>[Trade press beat, the buyers who read it, partners, investors, candidates]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Proof we can show</w:t>
            </w:r>
          </w:p>
        </w:tc>
        <w:tc>
          <w:tcPr>
            <w:tcW w:type="dxa" w:w="4680"/>
          </w:tcPr>
          <w:p>
            <w:r>
              <w:t>[Customer result, data set, investor or partner name, approved quotes]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Release time</w:t>
            </w:r>
          </w:p>
        </w:tc>
        <w:tc>
          <w:tcPr>
            <w:tcW w:type="dxa" w:w="4680"/>
          </w:tcPr>
          <w:p>
            <w:r>
              <w:t>[For immediate release, or embargoed until DATE, TIME, TIME ZONE]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Where it goes</w:t>
            </w:r>
          </w:p>
        </w:tc>
        <w:tc>
          <w:tcPr>
            <w:tcW w:type="dxa" w:w="4680"/>
          </w:tcPr>
          <w:p>
            <w:r>
              <w:t>[Newsroom page, wire service, direct pitches to named reporters, LinkedIn, customers]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Quote approvals</w:t>
            </w:r>
          </w:p>
        </w:tc>
        <w:tc>
          <w:tcPr>
            <w:tcW w:type="dxa" w:w="4680"/>
          </w:tcPr>
          <w:p>
            <w:r>
              <w:t>[Each person quoted, and the date they approved the exact wording]</w:t>
            </w:r>
          </w:p>
        </w:tc>
      </w:tr>
      <w:tr>
        <w:tc>
          <w:tcPr>
            <w:tcW w:type="dxa" w:w="4680"/>
          </w:tcPr>
          <w:p>
            <w:r>
              <w:rPr>
                <w:b/>
              </w:rPr>
              <w:t>Final sign-off</w:t>
            </w:r>
          </w:p>
        </w:tc>
        <w:tc>
          <w:tcPr>
            <w:tcW w:type="dxa" w:w="4680"/>
          </w:tcPr>
          <w:p>
            <w:r>
              <w:t>[Name. Plus legal or finance if the release names numbers, investors or customers]</w:t>
            </w:r>
          </w:p>
        </w:tc>
      </w:tr>
    </w:tbl>
    <w:p>
      <w:r>
        <w:br w:type="page"/>
      </w:r>
    </w:p>
    <w:p>
      <w:pPr>
        <w:pStyle w:val="Heading1"/>
      </w:pPr>
      <w:r>
        <w:t>The release</w:t>
      </w:r>
    </w:p>
    <w:p>
      <w:r>
        <w:rPr>
          <w:i/>
          <w:color w:val="6B6B6B"/>
          <w:sz w:val="19"/>
        </w:rPr>
        <w:t>Eleven parts in the order reporters expect them. Keep the body to one page where you can.</w:t>
      </w:r>
    </w:p>
    <w:p>
      <w:pPr>
        <w:pStyle w:val="Heading2"/>
      </w:pPr>
      <w:r>
        <w:t>Release line</w:t>
      </w:r>
    </w:p>
    <w:p>
      <w:r>
        <w:rPr>
          <w:i/>
          <w:color w:val="6B6B6B"/>
          <w:sz w:val="19"/>
        </w:rPr>
        <w:t>Top left, in bold capitals. Use the embargo line only if reporters get the release before the news is public, and give the exact date, time and time zone.</w:t>
      </w:r>
    </w:p>
    <w:p>
      <w:r>
        <w:t>FOR IMMEDIATE RELEASE</w:t>
      </w:r>
    </w:p>
    <w:p>
      <w:r>
        <w:t>or: EMBARGOED UNTIL [Month Day, Year], [time] [time zone]</w:t>
      </w:r>
    </w:p>
    <w:p>
      <w:pPr>
        <w:pStyle w:val="Heading2"/>
      </w:pPr>
      <w:r>
        <w:t>Headline</w:t>
      </w:r>
    </w:p>
    <w:p>
      <w:r>
        <w:rPr>
          <w:i/>
          <w:color w:val="6B6B6B"/>
          <w:sz w:val="19"/>
        </w:rPr>
        <w:t>One line, under 100 characters (PR Newswire's guidance). Name the company, the action and the number. Write it in title case or sentence case, and keep it consistent.</w:t>
      </w:r>
    </w:p>
    <w:p>
      <w:r>
        <w:t>[Company] [Raises / Launches / Partners With / Reaches / Appoints / Finds] [Specific Thing] [to / for] [Result]</w:t>
      </w:r>
    </w:p>
    <w:p>
      <w:pPr>
        <w:pStyle w:val="Heading2"/>
      </w:pPr>
      <w:r>
        <w:t>Subheadline (optional)</w:t>
      </w:r>
    </w:p>
    <w:p>
      <w:r>
        <w:rPr>
          <w:i/>
          <w:color w:val="6B6B6B"/>
          <w:sz w:val="19"/>
        </w:rPr>
        <w:t>One sentence that adds the second most important fact: the investor, the customer result, the date of the event.</w:t>
      </w:r>
    </w:p>
    <w:p>
      <w:r>
        <w:t>[Second fact, with a number if you have one]</w:t>
      </w:r>
    </w:p>
    <w:p>
      <w:pPr>
        <w:pStyle w:val="Heading2"/>
      </w:pPr>
      <w:r>
        <w:t>Dateline and lead paragraph</w:t>
      </w:r>
    </w:p>
    <w:p>
      <w:r>
        <w:rPr>
          <w:i/>
          <w:color w:val="6B6B6B"/>
          <w:sz w:val="19"/>
        </w:rPr>
        <w:t>City in capitals, then the date in AP style (Nov. 9, 2026). The lead answers who, what, when, where and why in one or two sentences. A reporter who reads only this paragraph should be able to write the story.</w:t>
      </w:r>
    </w:p>
    <w:p>
      <w:r>
        <w:t>[CITY, State], [Mon. Day, Year] -- [Company], [what it does, in plain words, for whom], today announced [the news]. [Why it matters, with one number and its source].</w:t>
      </w:r>
    </w:p>
    <w:p>
      <w:pPr>
        <w:pStyle w:val="Heading2"/>
      </w:pPr>
      <w:r>
        <w:t>Context paragraph</w:t>
      </w:r>
    </w:p>
    <w:p>
      <w:r>
        <w:rPr>
          <w:i/>
          <w:color w:val="6B6B6B"/>
          <w:sz w:val="19"/>
        </w:rPr>
        <w:t>Why this matters now. The problem the buyer has, with a sourced number, and how the news changes it.</w:t>
      </w:r>
    </w:p>
    <w:p>
      <w:r>
        <w:t>[The problem, in the buyer's words.] [Stat with source.] [What the news changes.]</w:t>
      </w:r>
    </w:p>
    <w:p>
      <w:pPr>
        <w:pStyle w:val="Heading2"/>
      </w:pPr>
      <w:r>
        <w:t>Details paragraph</w:t>
      </w:r>
    </w:p>
    <w:p>
      <w:r>
        <w:rPr>
          <w:i/>
          <w:color w:val="6B6B6B"/>
          <w:sz w:val="19"/>
        </w:rPr>
        <w:t>The facts a reporter needs to check: what, who, how much, from when, where to get it. Bullets are fine here.</w:t>
      </w:r>
    </w:p>
    <w:p>
      <w:r>
        <w:t>- [Fact 1: availability, pricing or round size]</w:t>
      </w:r>
    </w:p>
    <w:p>
      <w:r>
        <w:t>- [Fact 2: customers, partners or investors named with approval]</w:t>
      </w:r>
    </w:p>
    <w:p>
      <w:r>
        <w:t>- [Fact 3: what happens next and when]</w:t>
      </w:r>
    </w:p>
    <w:p>
      <w:pPr>
        <w:pStyle w:val="Heading2"/>
      </w:pPr>
      <w:r>
        <w:t>Quote 1: your executive</w:t>
      </w:r>
    </w:p>
    <w:p>
      <w:r>
        <w:rPr>
          <w:i/>
          <w:color w:val="6B6B6B"/>
          <w:sz w:val="19"/>
        </w:rPr>
        <w:t>One or two sentences that give an opinion or a reason, not a repeat of the facts. Name and full title.</w:t>
      </w:r>
    </w:p>
    <w:p>
      <w:r>
        <w:t>"[Opinion or reason the news matters]," said [Full Name], [Title] at [Company]. "[One sentence on what comes next]."</w:t>
      </w:r>
    </w:p>
    <w:p>
      <w:pPr>
        <w:pStyle w:val="Heading2"/>
      </w:pPr>
      <w:r>
        <w:t>Quote 2: customer, partner, investor or analyst</w:t>
      </w:r>
    </w:p>
    <w:p>
      <w:r>
        <w:rPr>
          <w:i/>
          <w:color w:val="6B6B6B"/>
          <w:sz w:val="19"/>
        </w:rPr>
        <w:t>An outside voice is worth more than a second executive. Get the exact wording approved in writing.</w:t>
      </w:r>
    </w:p>
    <w:p>
      <w:r>
        <w:t>"[What changed for them, with a number if they allow it]," said [Full Name], [Title] at [Organization].</w:t>
      </w:r>
    </w:p>
    <w:p>
      <w:pPr>
        <w:pStyle w:val="Heading2"/>
      </w:pPr>
      <w:r>
        <w:t>Call to action</w:t>
      </w:r>
    </w:p>
    <w:p>
      <w:r>
        <w:rPr>
          <w:i/>
          <w:color w:val="6B6B6B"/>
          <w:sz w:val="19"/>
        </w:rPr>
        <w:t>One link or next step: the product page, the report, the registration page.</w:t>
      </w:r>
    </w:p>
    <w:p>
      <w:r>
        <w:t>[What the reader can do next] at [URL].</w:t>
      </w:r>
    </w:p>
    <w:p>
      <w:pPr>
        <w:pStyle w:val="Heading2"/>
      </w:pPr>
      <w:r>
        <w:t>About [Company] (boilerplate)</w:t>
      </w:r>
    </w:p>
    <w:p>
      <w:r>
        <w:rPr>
          <w:i/>
          <w:color w:val="6B6B6B"/>
          <w:sz w:val="19"/>
        </w:rPr>
        <w:t>Three or four sentences, the same in every release. What you do, for whom, one proof point and the website. Update it once a quarter.</w:t>
      </w:r>
    </w:p>
    <w:p>
      <w:r>
        <w:t>[Company] is [category] that helps [audience] [outcome]. [Proof point: customers, founded year, funding, headquarters]. Learn more at [URL].</w:t>
      </w:r>
    </w:p>
    <w:p>
      <w:pPr>
        <w:pStyle w:val="Heading2"/>
      </w:pPr>
      <w:r>
        <w:t>Media contact</w:t>
      </w:r>
    </w:p>
    <w:p>
      <w:r>
        <w:rPr>
          <w:i/>
          <w:color w:val="6B6B6B"/>
          <w:sz w:val="19"/>
        </w:rPr>
        <w:t>A real person who answers the same day.</w:t>
      </w:r>
    </w:p>
    <w:p>
      <w:r>
        <w:t>[Full Name]</w:t>
      </w:r>
    </w:p>
    <w:p>
      <w:r>
        <w:t>[Title], [Company]</w:t>
      </w:r>
    </w:p>
    <w:p>
      <w:r>
        <w:t>[email]  |  [phone]</w:t>
      </w:r>
    </w:p>
    <w:p>
      <w:r>
        <w:t>[Link to press kit: logos, headshots, product images]</w:t>
      </w:r>
    </w:p>
    <w:p>
      <w:pPr>
        <w:jc w:val="center"/>
      </w:pPr>
      <w:r>
        <w:rPr>
          <w:b/>
        </w:rPr>
        <w:t>###</w:t>
      </w:r>
    </w:p>
    <w:p>
      <w:r>
        <w:rPr>
          <w:i/>
          <w:color w:val="6B6B6B"/>
          <w:sz w:val="19"/>
        </w:rPr>
        <w:t>The ### mark, centered, tells the reader the release has ended.</w:t>
      </w:r>
    </w:p>
    <w:p>
      <w:r>
        <w:br w:type="page"/>
      </w:r>
    </w:p>
    <w:p>
      <w:pPr>
        <w:pStyle w:val="Heading1"/>
      </w:pPr>
      <w:r>
        <w:t>Headline formulas for 7 types of B2B news</w:t>
      </w:r>
    </w:p>
    <w:p>
      <w:r>
        <w:rPr>
          <w:i/>
          <w:color w:val="6B6B6B"/>
          <w:sz w:val="19"/>
        </w:rPr>
        <w:t>Pick the row for your news. The third column is what reporters will look for in the first two paragraphs.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rPr>
                <w:b/>
              </w:rPr>
              <w:t>Type of news</w:t>
            </w:r>
          </w:p>
        </w:tc>
        <w:tc>
          <w:tcPr>
            <w:tcW w:type="dxa" w:w="3120"/>
          </w:tcPr>
          <w:p>
            <w:r>
              <w:rPr>
                <w:b/>
              </w:rPr>
              <w:t>Headline formula</w:t>
            </w:r>
          </w:p>
        </w:tc>
        <w:tc>
          <w:tcPr>
            <w:tcW w:type="dxa" w:w="3120"/>
          </w:tcPr>
          <w:p>
            <w:r>
              <w:rPr>
                <w:b/>
              </w:rPr>
              <w:t>Must be in the first two paragraphs</w:t>
            </w:r>
          </w:p>
        </w:tc>
      </w:tr>
      <w:tr>
        <w:tc>
          <w:tcPr>
            <w:tcW w:type="dxa" w:w="3120"/>
          </w:tcPr>
          <w:p>
            <w:r>
              <w:t>Funding</w:t>
            </w:r>
          </w:p>
        </w:tc>
        <w:tc>
          <w:tcPr>
            <w:tcW w:type="dxa" w:w="3120"/>
          </w:tcPr>
          <w:p>
            <w:r>
              <w:t>[Company] Raises $[X]M [Round] Led by [Investor] to [What the Money Funds]</w:t>
            </w:r>
          </w:p>
        </w:tc>
        <w:tc>
          <w:tcPr>
            <w:tcW w:type="dxa" w:w="3120"/>
          </w:tcPr>
          <w:p>
            <w:r>
              <w:t>Round, lead investor, total raised, what the money funds, one growth number you can show.</w:t>
            </w:r>
          </w:p>
        </w:tc>
      </w:tr>
      <w:tr>
        <w:tc>
          <w:tcPr>
            <w:tcW w:type="dxa" w:w="3120"/>
          </w:tcPr>
          <w:p>
            <w:r>
              <w:t>Product launch</w:t>
            </w:r>
          </w:p>
        </w:tc>
        <w:tc>
          <w:tcPr>
            <w:tcW w:type="dxa" w:w="3120"/>
          </w:tcPr>
          <w:p>
            <w:r>
              <w:t>[Company] Launches [Product] to Help [Audience] [Outcome]</w:t>
            </w:r>
          </w:p>
        </w:tc>
        <w:tc>
          <w:tcPr>
            <w:tcW w:type="dxa" w:w="3120"/>
          </w:tcPr>
          <w:p>
            <w:r>
              <w:t>What is new, who it is for, availability and pricing, one result from beta customers.</w:t>
            </w:r>
          </w:p>
        </w:tc>
      </w:tr>
      <w:tr>
        <w:tc>
          <w:tcPr>
            <w:tcW w:type="dxa" w:w="3120"/>
          </w:tcPr>
          <w:p>
            <w:r>
              <w:t>Partnership or integration</w:t>
            </w:r>
          </w:p>
        </w:tc>
        <w:tc>
          <w:tcPr>
            <w:tcW w:type="dxa" w:w="3120"/>
          </w:tcPr>
          <w:p>
            <w:r>
              <w:t>[Company] and [Partner] Partner to [Shared Customer Outcome]</w:t>
            </w:r>
          </w:p>
        </w:tc>
        <w:tc>
          <w:tcPr>
            <w:tcW w:type="dxa" w:w="3120"/>
          </w:tcPr>
          <w:p>
            <w:r>
              <w:t>What customers can now do, where it is available, a quote from each side.</w:t>
            </w:r>
          </w:p>
        </w:tc>
      </w:tr>
      <w:tr>
        <w:tc>
          <w:tcPr>
            <w:tcW w:type="dxa" w:w="3120"/>
          </w:tcPr>
          <w:p>
            <w:r>
              <w:t>Customer or revenue milestone</w:t>
            </w:r>
          </w:p>
        </w:tc>
        <w:tc>
          <w:tcPr>
            <w:tcW w:type="dxa" w:w="3120"/>
          </w:tcPr>
          <w:p>
            <w:r>
              <w:t>[Company] Passes [Milestone] as [Trend Behind It]</w:t>
            </w:r>
          </w:p>
        </w:tc>
        <w:tc>
          <w:tcPr>
            <w:tcW w:type="dxa" w:w="3120"/>
          </w:tcPr>
          <w:p>
            <w:r>
              <w:t>The milestone, the time it took, what drove it, what comes next.</w:t>
            </w:r>
          </w:p>
        </w:tc>
      </w:tr>
      <w:tr>
        <w:tc>
          <w:tcPr>
            <w:tcW w:type="dxa" w:w="3120"/>
          </w:tcPr>
          <w:p>
            <w:r>
              <w:t>Executive hire</w:t>
            </w:r>
          </w:p>
        </w:tc>
        <w:tc>
          <w:tcPr>
            <w:tcW w:type="dxa" w:w="3120"/>
          </w:tcPr>
          <w:p>
            <w:r>
              <w:t>[Company] Appoints [Name] as [Title] to [Goal]</w:t>
            </w:r>
          </w:p>
        </w:tc>
        <w:tc>
          <w:tcPr>
            <w:tcW w:type="dxa" w:w="3120"/>
          </w:tcPr>
          <w:p>
            <w:r>
              <w:t>Prior roles, the specific job they were hired to do, a quote from the CEO and the new hire.</w:t>
            </w:r>
          </w:p>
        </w:tc>
      </w:tr>
      <w:tr>
        <w:tc>
          <w:tcPr>
            <w:tcW w:type="dxa" w:w="3120"/>
          </w:tcPr>
          <w:p>
            <w:r>
              <w:t>Research or data</w:t>
            </w:r>
          </w:p>
        </w:tc>
        <w:tc>
          <w:tcPr>
            <w:tcW w:type="dxa" w:w="3120"/>
          </w:tcPr>
          <w:p>
            <w:r>
              <w:t>[Finding With Number]: [Company]'s [Year] [Report Name]</w:t>
            </w:r>
          </w:p>
        </w:tc>
        <w:tc>
          <w:tcPr>
            <w:tcW w:type="dxa" w:w="3120"/>
          </w:tcPr>
          <w:p>
            <w:r>
              <w:t>Top 3 findings with numbers, sample size, dates, method, link to the full report.</w:t>
            </w:r>
          </w:p>
        </w:tc>
      </w:tr>
      <w:tr>
        <w:tc>
          <w:tcPr>
            <w:tcW w:type="dxa" w:w="3120"/>
          </w:tcPr>
          <w:p>
            <w:r>
              <w:t>Event</w:t>
            </w:r>
          </w:p>
        </w:tc>
        <w:tc>
          <w:tcPr>
            <w:tcW w:type="dxa" w:w="3120"/>
          </w:tcPr>
          <w:p>
            <w:r>
              <w:t>[Company] Announces [Event] on [Dates] in [City], With [Speakers]</w:t>
            </w:r>
          </w:p>
        </w:tc>
        <w:tc>
          <w:tcPr>
            <w:tcW w:type="dxa" w:w="3120"/>
          </w:tcPr>
          <w:p>
            <w:r>
              <w:t>Dates, venue, who speaks, who should attend, how to register.</w:t>
            </w:r>
          </w:p>
        </w:tc>
      </w:tr>
    </w:tbl>
    <w:p/>
    <w:p>
      <w:pPr>
        <w:pStyle w:val="Heading1"/>
      </w:pPr>
      <w:r>
        <w:t>Before you send: checklist</w:t>
      </w:r>
    </w:p>
    <w:p>
      <w:r>
        <w:t>[ ] Every number has a source, and the source is linked or named.</w:t>
      </w:r>
    </w:p>
    <w:p>
      <w:r>
        <w:t>[ ] Every person quoted approved the exact words, in writing.</w:t>
      </w:r>
    </w:p>
    <w:p>
      <w:r>
        <w:t>[ ] Customer, partner and investor names are approved.</w:t>
      </w:r>
    </w:p>
    <w:p>
      <w:r>
        <w:t>[ ] Headline is under 100 characters and names the company.</w:t>
      </w:r>
    </w:p>
    <w:p>
      <w:r>
        <w:t>[ ] Body is 300 to 500 words (PR Newswire's guidance) unless the news needs more.</w:t>
      </w:r>
    </w:p>
    <w:p>
      <w:r>
        <w:t>[ ] Dateline uses the city where the news happens and an AP-style date.</w:t>
      </w:r>
    </w:p>
    <w:p>
      <w:r>
        <w:t>[ ] Embargo line, if any, gives date, time and time zone, and every recipient agreed to it first.</w:t>
      </w:r>
    </w:p>
    <w:p>
      <w:r>
        <w:t>[ ] Boilerplate and media contact are current.</w:t>
      </w:r>
    </w:p>
    <w:p>
      <w:r>
        <w:t>[ ] Press kit link works and holds logos, headshots and product images.</w:t>
      </w:r>
    </w:p>
    <w:p>
      <w:r>
        <w:t>[ ] Release is posted on your own newsroom page, not only on a wire.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B2B Press Release Template</dc:title>
  <dc:subject>Press release template with format guidance for B2B and SaaS companies</dc:subject>
  <dc:creator>Growigami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