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left"/>
      </w:pPr>
      <w:r>
        <w:rPr>
          <w:b/>
          <w:sz w:val="52"/>
        </w:rPr>
        <w:t>[White paper title: name the problem or the finding]</w:t>
      </w:r>
    </w:p>
    <w:p>
      <w:r>
        <w:rPr>
          <w:color w:val="5F37DE"/>
          <w:sz w:val="28"/>
        </w:rPr>
        <w:t>[Subtitle: who it is for and what they will learn]</w:t>
      </w:r>
    </w:p>
    <w:p/>
    <w:p>
      <w:r>
        <w:t>[Company name]  |  [Month Year]  |  Version [1.0]</w:t>
      </w:r>
    </w:p>
    <w:p>
      <w:r>
        <w:rPr>
          <w:i/>
          <w:color w:val="6B6B6B"/>
          <w:sz w:val="19"/>
        </w:rPr>
        <w:t>Guidance in grey italics. Delete it as you write. A white paper should run more than five pages, in portrait, exported as a PDF, with a chart or table for each main claim.</w:t>
      </w:r>
    </w:p>
    <w:p>
      <w:r>
        <w:br w:type="page"/>
      </w:r>
    </w:p>
    <w:p>
      <w:pPr>
        <w:pStyle w:val="Heading1"/>
      </w:pPr>
      <w:r>
        <w:t>Before you write: planning sheet</w:t>
      </w:r>
    </w:p>
    <w:p>
      <w:r>
        <w:rPr>
          <w:i/>
          <w:color w:val="6B6B6B"/>
          <w:sz w:val="19"/>
        </w:rPr>
        <w:t>Fill this in and agree on it with your reviewers before drafting. Delete this page before you publish.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Working title</w:t>
            </w:r>
          </w:p>
        </w:tc>
        <w:tc>
          <w:tcPr>
            <w:tcW w:type="dxa" w:w="4680"/>
          </w:tcPr>
          <w:p>
            <w:r>
              <w:t>[Title that names the problem, not the product]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Reader</w:t>
            </w:r>
          </w:p>
        </w:tc>
        <w:tc>
          <w:tcPr>
            <w:tcW w:type="dxa" w:w="4680"/>
          </w:tcPr>
          <w:p>
            <w:r>
              <w:t>[Job title, company size, industry]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Stage of the sale</w:t>
            </w:r>
          </w:p>
        </w:tc>
        <w:tc>
          <w:tcPr>
            <w:tcW w:type="dxa" w:w="4680"/>
          </w:tcPr>
          <w:p>
            <w:r>
              <w:t>[Awareness / consideration / evaluation]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The one problem</w:t>
            </w:r>
          </w:p>
        </w:tc>
        <w:tc>
          <w:tcPr>
            <w:tcW w:type="dxa" w:w="4680"/>
          </w:tcPr>
          <w:p>
            <w:r>
              <w:t>[In one sentence]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Main claim</w:t>
            </w:r>
          </w:p>
        </w:tc>
        <w:tc>
          <w:tcPr>
            <w:tcW w:type="dxa" w:w="4680"/>
          </w:tcPr>
          <w:p>
            <w:r>
              <w:t>[What you want the reader to believe after reading]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Evidence we have</w:t>
            </w:r>
          </w:p>
        </w:tc>
        <w:tc>
          <w:tcPr>
            <w:tcW w:type="dxa" w:w="4680"/>
          </w:tcPr>
          <w:p>
            <w:r>
              <w:t>[Data set, customer results, research links]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Paper type</w:t>
            </w:r>
          </w:p>
        </w:tc>
        <w:tc>
          <w:tcPr>
            <w:tcW w:type="dxa" w:w="4680"/>
          </w:tcPr>
          <w:p>
            <w:r>
              <w:t>[Backgrounder / numbered list / problem-solution / original research]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Gated or open</w:t>
            </w:r>
          </w:p>
        </w:tc>
        <w:tc>
          <w:tcPr>
            <w:tcW w:type="dxa" w:w="4680"/>
          </w:tcPr>
          <w:p>
            <w:r>
              <w:t>[Open, gated, or summary open + data gated]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Next step for the reader</w:t>
            </w:r>
          </w:p>
        </w:tc>
        <w:tc>
          <w:tcPr>
            <w:tcW w:type="dxa" w:w="4680"/>
          </w:tcPr>
          <w:p>
            <w:r>
              <w:t>[Call, assessment, related resource]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Owner and reviewers</w:t>
            </w:r>
          </w:p>
        </w:tc>
        <w:tc>
          <w:tcPr>
            <w:tcW w:type="dxa" w:w="4680"/>
          </w:tcPr>
          <w:p>
            <w:r>
              <w:t>[Writer, subject expert, legal or compliance]</w:t>
            </w:r>
          </w:p>
        </w:tc>
      </w:tr>
    </w:tbl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i/>
          <w:color w:val="6B6B6B"/>
          <w:sz w:val="19"/>
        </w:rPr>
        <w:t>One paragraph, 100 to 150 words. Name the problem, the evidence and what you recommend. A reader who stops here should know your argument.</w:t>
      </w:r>
    </w:p>
    <w:p>
      <w:r>
        <w:t>[Who has the problem] lose [cost: time, money, risk] because [cause].</w:t>
      </w:r>
    </w:p>
    <w:p>
      <w:r>
        <w:t>Our analysis of [evidence: data set, number of customers, period] shows [main finding].</w:t>
      </w:r>
    </w:p>
    <w:p>
      <w:r>
        <w:t>We recommend [approach in one line]. Teams that do this [result, with source].</w:t>
      </w:r>
    </w:p>
    <w:p>
      <w:pPr>
        <w:pStyle w:val="Heading1"/>
      </w:pPr>
      <w:r>
        <w:t>2. The problem</w:t>
      </w:r>
    </w:p>
    <w:p>
      <w:r>
        <w:rPr>
          <w:i/>
          <w:color w:val="6B6B6B"/>
          <w:sz w:val="19"/>
        </w:rPr>
        <w:t>Who has it, how often, and what it costs them. Use a number with a source in the first three sentences.</w:t>
      </w:r>
    </w:p>
    <w:p>
      <w:r>
        <w:t>[Describe the problem in the buyer's words.]</w:t>
      </w:r>
    </w:p>
    <w:p>
      <w:r>
        <w:t>[Stat with source: how common or how costly it is.]</w:t>
      </w:r>
    </w:p>
    <w:p>
      <w:r>
        <w:t>[What happens if nothing changes.]</w:t>
      </w:r>
    </w:p>
    <w:p>
      <w:pPr>
        <w:pStyle w:val="Heading1"/>
      </w:pPr>
      <w:r>
        <w:t>3. Why the usual fixes fall short</w:t>
      </w:r>
    </w:p>
    <w:p>
      <w:r>
        <w:rPr>
          <w:i/>
          <w:color w:val="6B6B6B"/>
          <w:sz w:val="19"/>
        </w:rPr>
        <w:t>Two or three common approaches, and the limit of each. Be fair: name what each gets right.</w:t>
      </w:r>
    </w:p>
    <w:p>
      <w:r>
        <w:t>Fix A: [what it is]. Works when [ ]. Falls short because [ ].</w:t>
      </w:r>
    </w:p>
    <w:p>
      <w:r>
        <w:t>Fix B: [what it is]. Works when [ ]. Falls short because [ ].</w:t>
      </w:r>
    </w:p>
    <w:p>
      <w:pPr>
        <w:pStyle w:val="Heading1"/>
      </w:pPr>
      <w:r>
        <w:t>4. The evidence</w:t>
      </w:r>
    </w:p>
    <w:p>
      <w:r>
        <w:rPr>
          <w:i/>
          <w:color w:val="6B6B6B"/>
          <w:sz w:val="19"/>
        </w:rPr>
        <w:t>The heart of the paper. Your own data, customer results you can name, or public research with links. One chart or table per main claim.</w:t>
      </w:r>
    </w:p>
    <w:p>
      <w:r>
        <w:t>Method: [where the data comes from, sample size, period].</w:t>
      </w:r>
    </w:p>
    <w:p>
      <w:r>
        <w:t>Finding 1: [claim] (Figure 1).</w:t>
      </w:r>
    </w:p>
    <w:p>
      <w:r>
        <w:t>Finding 2: [claim] (Table 1).</w:t>
      </w:r>
    </w:p>
    <w:p>
      <w:r>
        <w:t>Finding 3: [claim].</w:t>
      </w:r>
    </w:p>
    <w:p>
      <w:r>
        <w:rPr>
          <w:b/>
        </w:rPr>
        <w:t>Table 1. [What the table shows]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[Measure]</w:t>
            </w:r>
          </w:p>
        </w:tc>
        <w:tc>
          <w:tcPr>
            <w:tcW w:type="dxa" w:w="3120"/>
          </w:tcPr>
          <w:p>
            <w:r>
              <w:t>[Group A]</w:t>
            </w:r>
          </w:p>
        </w:tc>
        <w:tc>
          <w:tcPr>
            <w:tcW w:type="dxa" w:w="3120"/>
          </w:tcPr>
          <w:p>
            <w:r>
              <w:t>[Group B]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r>
        <w:rPr>
          <w:i/>
          <w:color w:val="6B6B6B"/>
          <w:sz w:val="19"/>
        </w:rPr>
        <w:t>Source: [name, date, link]. Every chart and table gets a source line.</w:t>
      </w:r>
    </w:p>
    <w:p>
      <w:pPr>
        <w:pStyle w:val="Heading1"/>
      </w:pPr>
      <w:r>
        <w:t>5. The recommended approach</w:t>
      </w:r>
    </w:p>
    <w:p>
      <w:r>
        <w:rPr>
          <w:i/>
          <w:color w:val="6B6B6B"/>
          <w:sz w:val="19"/>
        </w:rPr>
        <w:t>Your way of solving it, as named steps or a framework. Keep your product out of this section.</w:t>
      </w:r>
    </w:p>
    <w:p>
      <w:r>
        <w:t>Step 1: [ ]</w:t>
      </w:r>
    </w:p>
    <w:p>
      <w:r>
        <w:t>Step 2: [ ]</w:t>
      </w:r>
    </w:p>
    <w:p>
      <w:r>
        <w:t>Step 3: [ ]</w:t>
      </w:r>
    </w:p>
    <w:p>
      <w:pPr>
        <w:pStyle w:val="Heading1"/>
      </w:pPr>
      <w:r>
        <w:t>6. How to get started</w:t>
      </w:r>
    </w:p>
    <w:p>
      <w:r>
        <w:rPr>
          <w:i/>
          <w:color w:val="6B6B6B"/>
          <w:sz w:val="19"/>
        </w:rPr>
        <w:t>What a reader can do in the next 30 days, in order. Include who owns each step.</w:t>
      </w:r>
    </w:p>
    <w:p>
      <w:r>
        <w:t>Week 1: [ ]</w:t>
      </w:r>
    </w:p>
    <w:p>
      <w:r>
        <w:t>Weeks 2 to 3: [ ]</w:t>
      </w:r>
    </w:p>
    <w:p>
      <w:r>
        <w:t>Week 4: [ ]</w:t>
      </w:r>
    </w:p>
    <w:p>
      <w:pPr>
        <w:pStyle w:val="Heading1"/>
      </w:pPr>
      <w:r>
        <w:t>7. Results to expect</w:t>
      </w:r>
    </w:p>
    <w:p>
      <w:r>
        <w:rPr>
          <w:i/>
          <w:color w:val="6B6B6B"/>
          <w:sz w:val="19"/>
        </w:rPr>
        <w:t>Proof that the approach works: a short customer example, with numbers the customer has approved.</w:t>
      </w:r>
    </w:p>
    <w:p>
      <w:r>
        <w:t>[Customer or anonymized example]: [before] to [after] in [time].</w:t>
      </w:r>
    </w:p>
    <w:p>
      <w:pPr>
        <w:pStyle w:val="Heading1"/>
      </w:pPr>
      <w:r>
        <w:t>8. Conclusion and next step</w:t>
      </w:r>
    </w:p>
    <w:p>
      <w:r>
        <w:rPr>
          <w:i/>
          <w:color w:val="6B6B6B"/>
          <w:sz w:val="19"/>
        </w:rPr>
        <w:t>Restate the finding in one sentence and give one next step: a call, an assessment or a related resource.</w:t>
      </w:r>
    </w:p>
    <w:p>
      <w:r>
        <w:t>[One-sentence conclusion.]</w:t>
      </w:r>
    </w:p>
    <w:p>
      <w:r>
        <w:t>[One call to action, with a link.]</w:t>
      </w:r>
    </w:p>
    <w:p>
      <w:pPr>
        <w:pStyle w:val="Heading1"/>
      </w:pPr>
      <w:r>
        <w:t>9. About [Company]</w:t>
      </w:r>
    </w:p>
    <w:p>
      <w:r>
        <w:rPr>
          <w:i/>
          <w:color w:val="6B6B6B"/>
          <w:sz w:val="19"/>
        </w:rPr>
        <w:t>Three or four sentences: who you are, who you serve, and the product or service that fits this problem.</w:t>
      </w:r>
    </w:p>
    <w:p>
      <w:r>
        <w:t>[Company] helps [audience] [outcome]. [Proof point]. Learn more at [URL].</w:t>
      </w:r>
    </w:p>
    <w:p>
      <w:pPr>
        <w:pStyle w:val="Heading1"/>
      </w:pPr>
      <w:r>
        <w:t>10. Sources and method</w:t>
      </w:r>
    </w:p>
    <w:p>
      <w:r>
        <w:rPr>
          <w:i/>
          <w:color w:val="6B6B6B"/>
          <w:sz w:val="19"/>
        </w:rPr>
        <w:t>Every number in the paper, with its source and date. Readers, reporters and AI assistants trust papers they can check.</w:t>
      </w:r>
    </w:p>
    <w:p>
      <w:r>
        <w:t>[1] [Source title], [publisher], [date], [URL]</w:t>
      </w:r>
    </w:p>
    <w:p>
      <w:r>
        <w:t>[2] [ 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White Paper Template</dc:title>
  <dc:subject>White paper template with section-by-section guidance</dc:subject>
  <dc:creator>Growigami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